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sz w:val="36"/>
        </w:rPr>
        <w:t>PRETÉRITO PERFECTO COMPUESTO</w:t>
      </w:r>
    </w:p>
    <w:p>
      <w:pPr>
        <w:jc w:val="center"/>
      </w:pPr>
      <w:r>
        <w:rPr>
          <w:b/>
          <w:sz w:val="26"/>
        </w:rPr>
        <w:t>Verbos y ejercicios · Nivel A1</w:t>
      </w:r>
    </w:p>
    <w:p>
      <w:pPr>
        <w:pStyle w:val="Heading1"/>
      </w:pPr>
      <w:r>
        <w:t>1. Verbos regulares – Säännölliset verbit</w:t>
      </w:r>
    </w:p>
    <w:p>
      <w:pPr>
        <w:spacing w:after="100"/>
      </w:pPr>
      <w:r>
        <w:rPr>
          <w:b w:val="0"/>
        </w:rPr>
        <w:t>Estos verbos forman el gerundio y el participio de manera regular.</w:t>
      </w:r>
      <w:r>
        <w:br/>
      </w:r>
      <w:r>
        <w:rPr>
          <w:i/>
        </w:rPr>
        <w:t>Nämä verbit muodostavat gerundin ja partisiipin säännöllisesti.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Infinitivo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Finés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Gerundio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7"/>
              </w:rPr>
              <w:t>Participio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hablar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puhua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hablando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hablado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trabajar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työskennellä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trabajando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trabajado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estudiar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opiskella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estudiando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estudiado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viajar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matkustaa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viajando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viajado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visitar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vierailla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visitando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visitado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comprar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ostaa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comprando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comprado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llamar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soittaa / kutsua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llamando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llamado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llegar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saapua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llegando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llegado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entrar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mennä sisään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entrando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entrado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caminar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kävellä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caminando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caminado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descansar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levätä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descansando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descansado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mirar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katsoa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mirando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mirado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escuchar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kuunnella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escuchando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escuchado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preguntar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kysyä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preguntando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preguntado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necesitar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tarvita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necesitando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necesitado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syödä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comido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beber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juoda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bebiendo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bebido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aprender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oppia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aprendiendo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aprendido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vender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myydä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vendiendo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vendido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responder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vastata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respondiendo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respondido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vivir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asua / elää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viviendo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vivido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salir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lähteä / mennä ulos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saliendo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salido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subir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nousta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subiendo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subido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recibir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vastaanottaa / saada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recibiendo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recibido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decidir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päättää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decidiendo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7"/>
              </w:rPr>
              <w:t>decidido</w:t>
            </w:r>
          </w:p>
        </w:tc>
      </w:tr>
    </w:tbl>
    <w:p>
      <w:pPr>
        <w:spacing w:after="100"/>
      </w:pPr>
      <w:r>
        <w:rPr>
          <w:b/>
        </w:rPr>
        <w:t>-AR → gerundio: -ANDO / participio: -ADO</w:t>
        <w:br/>
        <w:t>-ER / -IR → gerundio: -IENDO / participio: -IDO</w:t>
      </w:r>
      <w:r>
        <w:br/>
      </w:r>
      <w:r>
        <w:rPr>
          <w:i/>
        </w:rPr>
        <w:t>-AR-verbit → gerundi: -ANDO / partisiippi: -ADO</w:t>
        <w:br/>
        <w:t>-ER- ja -IR-verbit → gerundi: -IENDO / partisiippi: -IDO</w:t>
      </w:r>
    </w:p>
    <w:p>
      <w:pPr>
        <w:pStyle w:val="Heading1"/>
        <w:pageBreakBefore/>
      </w:pPr>
      <w:r>
        <w:t>2. Verbos con participio irregular – Epäsäännölliset partisiipit</w:t>
      </w:r>
    </w:p>
    <w:p>
      <w:pPr>
        <w:spacing w:after="100"/>
      </w:pPr>
      <w:r>
        <w:rPr>
          <w:b w:val="0"/>
        </w:rPr>
        <w:t>Estos verbos tienen un participio irregular y hay que memorizarlo.</w:t>
      </w:r>
      <w:r>
        <w:br/>
      </w:r>
      <w:r>
        <w:rPr>
          <w:i/>
        </w:rPr>
        <w:t>Näillä verbeillä on epäsäännöllinen partisiippi, joka täytyy opetella ulkoa.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Infinitivo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Finés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Gerundio</w:t>
            </w:r>
          </w:p>
        </w:tc>
        <w:tc>
          <w:tcPr>
            <w:tcW w:type="dxa" w:w="2606"/>
          </w:tcPr>
          <w:p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Participio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hacer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tehdä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haciendo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hecho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nähdä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visto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decir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sanoa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diciendo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dicho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escribir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kirjoittaa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escribiendo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escrito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poner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laittaa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poniendo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puesto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volver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palata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volviendo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vuelto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abrir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avata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abriendo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abierto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romper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rikkoa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rompiendo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roto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morir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kuolla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muriendo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muerto</w:t>
            </w:r>
          </w:p>
        </w:tc>
      </w:tr>
      <w:tr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descubrir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löytää / saada selville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descubriendo</w:t>
            </w:r>
          </w:p>
        </w:tc>
        <w:tc>
          <w:tcPr>
            <w:tcW w:type="dxa" w:w="2606"/>
          </w:tcPr>
          <w:p>
            <w:r>
              <w:rPr>
                <w:rFonts w:ascii="Arial" w:hAnsi="Arial"/>
                <w:sz w:val="18"/>
              </w:rPr>
              <w:t>descubierto</w:t>
            </w:r>
          </w:p>
        </w:tc>
      </w:tr>
    </w:tbl>
    <w:p>
      <w:pPr>
        <w:spacing w:after="100"/>
      </w:pPr>
      <w:r>
        <w:rPr>
          <w:b w:val="0"/>
        </w:rPr>
        <w:t>Que un verbo sea irregular no significa necesariamente que su participio sea irregular. Por ejemplo: ir → ido, estar → estado, tener → tenido, ser → sido, salir → salido.</w:t>
      </w:r>
      <w:r>
        <w:br/>
      </w:r>
      <w:r>
        <w:rPr>
          <w:i/>
        </w:rPr>
        <w:t>Se, että verbi on epäsäännöllinen, ei välttämättä tarkoita, että sen partisiippi olisi epäsäännöllinen. Esimerkiksi: ir → ido, estar → estado, tener → tenido, ser → sido, salir → salido.</w:t>
      </w:r>
    </w:p>
    <w:p>
      <w:r>
        <w:br w:type="page"/>
      </w:r>
    </w:p>
    <w:p>
      <w:pPr>
        <w:pStyle w:val="Heading1"/>
      </w:pPr>
      <w:r>
        <w:t>EJERCICIO 1 – Completa las frases</w:t>
      </w:r>
    </w:p>
    <w:p>
      <w:pPr>
        <w:spacing w:after="100"/>
      </w:pPr>
      <w:r>
        <w:rPr>
          <w:b/>
        </w:rPr>
        <w:t>Escribe el verbo entre paréntesis en pretérito perfecto compuesto. Recuerda utilizar la forma correcta de HABER + PARTICIPIO.</w:t>
      </w:r>
      <w:r>
        <w:br/>
      </w:r>
      <w:r>
        <w:rPr>
          <w:i/>
        </w:rPr>
        <w:t>Kirjoita suluissa oleva verbi pretérito perfecto compuesto -muotoon. Muista käyttää HABER-verbin oikeaa muotoa + PARTISIIPPIA.</w:t>
      </w:r>
    </w:p>
    <w:p>
      <w:r>
        <w:rPr>
          <w:i/>
        </w:rPr>
        <w:t>Ejemplo / Esimerkki: Yo __________ mucho. (trabajar) → Yo he trabajado mucho.</w:t>
      </w:r>
    </w:p>
    <w:p>
      <w:pPr>
        <w:spacing w:after="160"/>
      </w:pPr>
      <w:r>
        <w:t>1. Hoy yo __________________________ mucho. (trabajar)</w:t>
      </w:r>
    </w:p>
    <w:p>
      <w:pPr>
        <w:spacing w:after="160"/>
      </w:pPr>
      <w:r>
        <w:t>2. Esta semana tú __________________________ español. (estudiar)</w:t>
      </w:r>
    </w:p>
    <w:p>
      <w:pPr>
        <w:spacing w:after="160"/>
      </w:pPr>
      <w:r>
        <w:t>3. María __________________________ a sus amigos. (visitar)</w:t>
      </w:r>
    </w:p>
    <w:p>
      <w:pPr>
        <w:spacing w:after="160"/>
      </w:pPr>
      <w:r>
        <w:t>4. Este verano nosotros __________________________ mucho. (viajar)</w:t>
      </w:r>
    </w:p>
    <w:p>
      <w:pPr>
        <w:spacing w:after="160"/>
      </w:pPr>
      <w:r>
        <w:t>5. ¿Vosotros __________________________ alguna vez paella? (comer)</w:t>
      </w:r>
    </w:p>
    <w:p>
      <w:pPr>
        <w:spacing w:after="160"/>
      </w:pPr>
      <w:r>
        <w:t>6. Mis padres __________________________ en Helsinki esta semana. (estar)</w:t>
      </w:r>
    </w:p>
    <w:p>
      <w:pPr>
        <w:spacing w:after="160"/>
      </w:pPr>
      <w:r>
        <w:t>7. Yo __________________________ una película española. (ver)</w:t>
      </w:r>
    </w:p>
    <w:p>
      <w:pPr>
        <w:spacing w:after="160"/>
      </w:pPr>
      <w:r>
        <w:t>8. ¿Tú __________________________ deporte estas vacaciones? (hacer)</w:t>
      </w:r>
    </w:p>
    <w:p>
      <w:pPr>
        <w:spacing w:after="160"/>
      </w:pPr>
      <w:r>
        <w:t>9. Nosotros __________________________ a un restaurante español. (ir)</w:t>
      </w:r>
    </w:p>
    <w:p>
      <w:pPr>
        <w:spacing w:after="160"/>
      </w:pPr>
      <w:r>
        <w:t>10. Pedro y Laura __________________________ mucho este verano. (descansar)</w:t>
      </w:r>
    </w:p>
    <w:p>
      <w:pPr>
        <w:spacing w:after="160"/>
      </w:pPr>
      <w:r>
        <w:t>11. Yo todavía no __________________________ hoy. (comer)</w:t>
      </w:r>
    </w:p>
    <w:p>
      <w:pPr>
        <w:spacing w:after="160"/>
      </w:pPr>
      <w:r>
        <w:t>12. Mis amigos nunca __________________________ en España. (estar)</w:t>
      </w:r>
    </w:p>
    <w:p>
      <w:r>
        <w:br w:type="page"/>
      </w:r>
    </w:p>
    <w:p>
      <w:pPr>
        <w:pStyle w:val="Heading1"/>
      </w:pPr>
      <w:r>
        <w:t>EJERCICIO 2 – Elige la opción correcta</w:t>
      </w:r>
    </w:p>
    <w:p>
      <w:pPr>
        <w:spacing w:after="100"/>
      </w:pPr>
      <w:r>
        <w:rPr>
          <w:b/>
        </w:rPr>
        <w:t>Elige la forma correcta del verbo HABER para completar cada frase. El participio ya está escrito.</w:t>
      </w:r>
      <w:r>
        <w:br/>
      </w:r>
      <w:r>
        <w:rPr>
          <w:i/>
        </w:rPr>
        <w:t>Valitse HABER-verbin oikea muoto täydentääksesi jokaisen lauseen. Partisiippi on jo annettu.</w:t>
      </w:r>
    </w:p>
    <w:p>
      <w:r>
        <w:rPr>
          <w:i/>
        </w:rPr>
        <w:t>Ejemplo / Esimerkki: Yo (he / has / ha) trabajado hoy. → Yo he trabajado hoy.</w:t>
      </w:r>
    </w:p>
    <w:p>
      <w:pPr>
        <w:spacing w:after="160"/>
      </w:pPr>
      <w:r>
        <w:t>1. Yo (he / ha / han) trabajado hoy.</w:t>
      </w:r>
    </w:p>
    <w:p>
      <w:pPr>
        <w:spacing w:after="160"/>
      </w:pPr>
      <w:r>
        <w:t>2. Tú (has / hemos / ha) comido paella.</w:t>
      </w:r>
    </w:p>
    <w:p>
      <w:pPr>
        <w:spacing w:after="160"/>
      </w:pPr>
      <w:r>
        <w:t>3. Laura (he / ha / habéis) viajado a España.</w:t>
      </w:r>
    </w:p>
    <w:p>
      <w:pPr>
        <w:spacing w:after="160"/>
      </w:pPr>
      <w:r>
        <w:t>4. Nosotros (han / hemos / has) visitado Helsinki.</w:t>
      </w:r>
    </w:p>
    <w:p>
      <w:pPr>
        <w:spacing w:after="160"/>
      </w:pPr>
      <w:r>
        <w:t>5. Vosotros (habéis / han / he) descansado mucho.</w:t>
      </w:r>
    </w:p>
    <w:p>
      <w:pPr>
        <w:spacing w:after="160"/>
      </w:pPr>
      <w:r>
        <w:t>6. Mis amigos (ha / han / hemos) ido a Italia.</w:t>
      </w:r>
    </w:p>
    <w:p>
      <w:pPr>
        <w:spacing w:after="160"/>
      </w:pPr>
      <w:r>
        <w:t>7. Yo (he / has / ha) visto una película.</w:t>
      </w:r>
    </w:p>
    <w:p>
      <w:pPr>
        <w:spacing w:after="160"/>
      </w:pPr>
      <w:r>
        <w:t>8. ¿Tú (has / ha / han) hecho deporte?</w:t>
      </w:r>
    </w:p>
    <w:p>
      <w:pPr>
        <w:spacing w:after="160"/>
      </w:pPr>
      <w:r>
        <w:t>9. Mi madre (hemos / ha / he) estado en casa.</w:t>
      </w:r>
    </w:p>
    <w:p>
      <w:pPr>
        <w:spacing w:after="160"/>
      </w:pPr>
      <w:r>
        <w:t>10. Pedro y yo (hemos / han / habéis) trabajado juntos.</w:t>
      </w:r>
    </w:p>
    <w:p>
      <w:pPr>
        <w:spacing w:after="160"/>
      </w:pPr>
      <w:r>
        <w:t>11. ¿Vosotros (han / habéis / has) comido ya?</w:t>
      </w:r>
    </w:p>
    <w:p>
      <w:pPr>
        <w:spacing w:after="160"/>
      </w:pPr>
      <w:r>
        <w:t>12. Ana y María (ha / hemos / han) viajado mucho.</w:t>
      </w:r>
    </w:p>
    <w:p>
      <w:r>
        <w:br w:type="page"/>
      </w:r>
    </w:p>
    <w:p>
      <w:pPr>
        <w:pStyle w:val="Heading1"/>
      </w:pPr>
      <w:r>
        <w:t>EJERCICIO 3 – Ordena las palabras</w:t>
      </w:r>
    </w:p>
    <w:p>
      <w:pPr>
        <w:spacing w:after="100"/>
      </w:pPr>
      <w:r>
        <w:rPr>
          <w:b/>
        </w:rPr>
        <w:t>Las palabras están desordenadas. Ponlas en el orden correcto para formar una frase en pretérito perfecto compuesto. Recuerda: HABER va antes del participio.</w:t>
      </w:r>
      <w:r>
        <w:br/>
      </w:r>
      <w:r>
        <w:rPr>
          <w:i/>
        </w:rPr>
        <w:t>Sanat ovat väärässä järjestyksessä. Laita ne oikeaan järjestykseen ja muodosta lause pretérito perfecto compuesto -aikamuodossa. Muista: HABER tulee ennen partisiippia.</w:t>
      </w:r>
    </w:p>
    <w:p>
      <w:r>
        <w:rPr>
          <w:i/>
        </w:rPr>
        <w:t>Ejemplo / Esimerkki: trabajado / he / hoy → He trabajado hoy.</w:t>
      </w:r>
    </w:p>
    <w:p>
      <w:pPr>
        <w:spacing w:after="160"/>
      </w:pPr>
      <w:r>
        <w:t>1. he / España / viajado / a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2. has / mucho / trabajado / tú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3. ha / María / paella / comido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4. hemos / Helsinki / visitado / nosotros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5. habéis / mucho / descansado / vosotros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6. han / mis amigos / a Italia / ido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7. he / una película / visto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8. deporte / ha / Pedro / hecho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9. en casa / hemos / estado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10. café / has / bebido / tú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11. han / este verano / trabajado / ellos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12. mucho / este año / he / estudiado</w:t>
      </w:r>
    </w:p>
    <w:p>
      <w:pPr>
        <w:spacing w:after="80"/>
      </w:pPr>
      <w:r>
        <w:t xml:space="preserve">    ______________________________________________________________</w:t>
      </w:r>
    </w:p>
    <w:p>
      <w:r>
        <w:br w:type="page"/>
      </w:r>
    </w:p>
    <w:p>
      <w:pPr>
        <w:pStyle w:val="Heading1"/>
      </w:pPr>
      <w:r>
        <w:t>EJERCICIO 4 – Traduce al español</w:t>
      </w:r>
    </w:p>
    <w:p>
      <w:pPr>
        <w:spacing w:after="100"/>
      </w:pPr>
      <w:r>
        <w:rPr>
          <w:b/>
        </w:rPr>
        <w:t>Traduce las siguientes frases del finés al español. Utiliza siempre el pretérito perfecto compuesto: HABER + PARTICIPIO.</w:t>
      </w:r>
      <w:r>
        <w:br/>
      </w:r>
      <w:r>
        <w:rPr>
          <w:i/>
        </w:rPr>
        <w:t>Käännä seuraavat lauseet suomesta espanjaksi. Käytä aina pretérito perfecto compuesto -aikamuotoa: HABER + PARTISIIPPI.</w:t>
      </w:r>
    </w:p>
    <w:p>
      <w:r>
        <w:rPr>
          <w:i/>
        </w:rPr>
        <w:t>Ejemplo / Esimerkki: Olen työskennellyt tänään. → He trabajado hoy.</w:t>
      </w:r>
    </w:p>
    <w:p>
      <w:pPr>
        <w:spacing w:after="160"/>
      </w:pPr>
      <w:r>
        <w:t>1. Olen matkustanut Espanjaan.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2. Olet syönyt paellaa.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3. Hän on käynyt Helsingissä.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4. Olemme työskennelleet paljon.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5. Olette levänneet kotona.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6. He ovat nähneet ystävänsä.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7. Olen tehnyt paljon töitä.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8. Oletko käynyt Espanjassa?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9. Laura on juonut kahvia.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10. Emme ole matkustaneet tänä vuonna.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11. Oletteko nähneet tämän elokuvan?</w:t>
      </w:r>
    </w:p>
    <w:p>
      <w:pPr>
        <w:spacing w:after="80"/>
      </w:pPr>
      <w:r>
        <w:t xml:space="preserve">    ______________________________________________________________</w:t>
      </w:r>
    </w:p>
    <w:p>
      <w:pPr>
        <w:spacing w:after="160"/>
      </w:pPr>
      <w:r>
        <w:t>12. Ystäväni eivät ole olleet Suomessa.</w:t>
      </w:r>
    </w:p>
    <w:p>
      <w:pPr>
        <w:spacing w:after="80"/>
      </w:pPr>
      <w:r>
        <w:t xml:space="preserve">    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sz w:val="18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