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36"/>
        </w:rPr>
        <w:t>EL PRETÉRITO PERFECTO COMPUESTO</w:t>
      </w:r>
    </w:p>
    <w:p>
      <w:pPr>
        <w:pStyle w:val="Normal"/>
        <w:jc w:val="center"/>
        <w:rPr/>
      </w:pPr>
      <w:r>
        <w:rPr>
          <w:b/>
          <w:sz w:val="28"/>
        </w:rPr>
        <w:t>¿Qué has hecho estas vacaciones?</w:t>
      </w:r>
    </w:p>
    <w:p>
      <w:pPr>
        <w:pStyle w:val="Normal"/>
        <w:jc w:val="center"/>
        <w:rPr/>
      </w:pPr>
      <w:r>
        <w:rPr>
          <w:i/>
        </w:rPr>
        <w:t>Nivel A1 · Duración: 2 horas</w:t>
      </w:r>
    </w:p>
    <w:p>
      <w:pPr>
        <w:pStyle w:val="Heading1"/>
        <w:rPr/>
      </w:pPr>
      <w:r>
        <w:rPr/>
        <w:t>1. Infinitivo, gerundio y participio — 20 min</w:t>
      </w:r>
    </w:p>
    <w:p>
      <w:pPr>
        <w:pStyle w:val="Normal"/>
        <w:rPr/>
      </w:pPr>
      <w:r>
        <w:rPr>
          <w:b w:val="false"/>
        </w:rPr>
        <w:t>Antes de aprender el pretérito perfecto compuesto, vamos a conocer tres formas del verbo.</w:t>
      </w:r>
      <w:r>
        <w:rPr/>
        <w:br/>
      </w:r>
      <w:r>
        <w:rPr>
          <w:i/>
        </w:rPr>
        <w:t>Ennen pretérito perfecto compuesto -aikamuodon opiskelua tutustumme verbin kolmeen muotoon.</w:t>
      </w:r>
    </w:p>
    <w:p>
      <w:pPr>
        <w:pStyle w:val="Heading2"/>
        <w:rPr/>
      </w:pPr>
      <w:r>
        <w:rPr/>
        <w:t>El infinitivo</w:t>
      </w:r>
    </w:p>
    <w:p>
      <w:pPr>
        <w:pStyle w:val="Normal"/>
        <w:rPr/>
      </w:pPr>
      <w:r>
        <w:rPr>
          <w:b w:val="false"/>
        </w:rPr>
        <w:t>El infinitivo es la forma básica del verbo. En español termina en -AR, -ER o -IR.</w:t>
      </w:r>
      <w:r>
        <w:rPr/>
        <w:br/>
      </w:r>
      <w:r>
        <w:rPr>
          <w:i/>
        </w:rPr>
        <w:t>Infinitiivi on verbin perusmuoto. Espanjassa infinitiivi päättyy -AR, -ER tai -IR.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00"/>
        <w:gridCol w:w="3400"/>
        <w:gridCol w:w="3400"/>
      </w:tblGrid>
      <w:tr>
        <w:trPr/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-AR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-ER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-IR</w:t>
            </w:r>
          </w:p>
        </w:tc>
      </w:tr>
      <w:tr>
        <w:trPr/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hablar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comer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vivir</w:t>
            </w:r>
          </w:p>
        </w:tc>
      </w:tr>
      <w:tr>
        <w:trPr/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viajar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beber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escribir</w:t>
            </w:r>
          </w:p>
        </w:tc>
      </w:tr>
      <w:tr>
        <w:trPr/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trabajar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aprender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salir</w:t>
            </w:r>
          </w:p>
        </w:tc>
      </w:tr>
    </w:tbl>
    <w:p>
      <w:pPr>
        <w:pStyle w:val="Heading2"/>
        <w:rPr/>
      </w:pPr>
      <w:r>
        <w:rPr/>
      </w:r>
    </w:p>
    <w:p>
      <w:pPr>
        <w:pStyle w:val="Heading2"/>
        <w:rPr/>
      </w:pPr>
      <w:r>
        <w:rPr/>
        <w:t>El gerundio</w:t>
      </w:r>
    </w:p>
    <w:p>
      <w:pPr>
        <w:pStyle w:val="Normal"/>
        <w:rPr/>
      </w:pPr>
      <w:r>
        <w:rPr>
          <w:b w:val="false"/>
        </w:rPr>
        <w:t>El gerundio expresa normalmente una acción que está en desarrollo.</w:t>
      </w:r>
      <w:r>
        <w:rPr/>
        <w:br/>
      </w:r>
      <w:r>
        <w:rPr>
          <w:i/>
        </w:rPr>
        <w:t>Gerundi ilmaisee yleensä parhaillaan tapahtuvaa tekemistä.</w:t>
      </w:r>
    </w:p>
    <w:p>
      <w:pPr>
        <w:pStyle w:val="Normal"/>
        <w:rPr/>
      </w:pPr>
      <w:r>
        <w:rPr>
          <w:b w:val="false"/>
        </w:rPr>
        <w:t>-AR → -ANDO: hablar → hablando; viajar → viajando</w:t>
        <w:br/>
        <w:t>-ER / -IR → -IENDO: comer → comiendo; vivir → viviendo</w:t>
      </w:r>
      <w:r>
        <w:rPr/>
        <w:br/>
      </w:r>
      <w:r>
        <w:rPr>
          <w:i/>
        </w:rPr>
        <w:t>-AR → -ANDO; -ER / -IR → -IENDO</w:t>
      </w:r>
    </w:p>
    <w:p>
      <w:pPr>
        <w:pStyle w:val="Normal"/>
        <w:rPr/>
      </w:pPr>
      <w:r>
        <w:rPr>
          <w:b w:val="false"/>
        </w:rPr>
        <w:t>Estoy trabajando. / Estoy comiendo.</w:t>
      </w:r>
      <w:r>
        <w:rPr/>
        <w:br/>
      </w:r>
      <w:r>
        <w:rPr>
          <w:i/>
        </w:rPr>
        <w:t>Olen työskentelemässä. / Olen syömässä.</w:t>
      </w:r>
    </w:p>
    <w:p>
      <w:pPr>
        <w:pStyle w:val="Heading2"/>
        <w:rPr/>
      </w:pPr>
      <w:r>
        <w:rPr/>
      </w:r>
    </w:p>
    <w:p>
      <w:pPr>
        <w:pStyle w:val="Heading2"/>
        <w:rPr/>
      </w:pPr>
      <w:r>
        <w:rPr/>
        <w:t>El participio</w:t>
      </w:r>
    </w:p>
    <w:p>
      <w:pPr>
        <w:pStyle w:val="Normal"/>
        <w:rPr/>
      </w:pPr>
      <w:r>
        <w:rPr>
          <w:b w:val="false"/>
        </w:rPr>
        <w:t>El participio es la forma que necesitamos para formar el pretérito perfecto compuesto.</w:t>
      </w:r>
      <w:r>
        <w:rPr/>
        <w:br/>
      </w:r>
      <w:r>
        <w:rPr>
          <w:i/>
        </w:rPr>
        <w:t>Partisiippia tarvitaan pretérito perfecto compuesto -aikamuodon muodostamiseen.</w:t>
      </w:r>
    </w:p>
    <w:p>
      <w:pPr>
        <w:pStyle w:val="Normal"/>
        <w:rPr/>
      </w:pPr>
      <w:r>
        <w:rPr>
          <w:b w:val="false"/>
        </w:rPr>
        <w:t>-AR → -ADO: hablar → hablado; viajar → viajado; trabajar → trabajado</w:t>
        <w:br/>
        <w:t>-ER / -IR → -IDO: comer → comido; beber → bebido; vivir → vivido</w:t>
      </w:r>
      <w:r>
        <w:rPr/>
        <w:br/>
      </w:r>
      <w:r>
        <w:rPr>
          <w:i/>
        </w:rPr>
        <w:t>-AR → -ADO; -ER / -IR → -IDO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00"/>
        <w:gridCol w:w="3400"/>
        <w:gridCol w:w="3400"/>
      </w:tblGrid>
      <w:tr>
        <w:trPr/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Infinitivo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Gerundio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Participio</w:t>
            </w:r>
          </w:p>
        </w:tc>
      </w:tr>
      <w:tr>
        <w:trPr/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hablar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hablando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hablado</w:t>
            </w:r>
          </w:p>
        </w:tc>
      </w:tr>
      <w:tr>
        <w:trPr/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viajar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viajando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viajado</w:t>
            </w:r>
          </w:p>
        </w:tc>
      </w:tr>
      <w:tr>
        <w:trPr/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trabajar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trabajando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trabajado</w:t>
            </w:r>
          </w:p>
        </w:tc>
      </w:tr>
      <w:tr>
        <w:trPr/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comer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comiendo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comido</w:t>
            </w:r>
          </w:p>
        </w:tc>
      </w:tr>
      <w:tr>
        <w:trPr/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beber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bebiendo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bebido</w:t>
            </w:r>
          </w:p>
        </w:tc>
      </w:tr>
      <w:tr>
        <w:trPr/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vivir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viviendo</w:t>
            </w:r>
          </w:p>
        </w:tc>
        <w:tc>
          <w:tcPr>
            <w:tcW w:w="34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vivido</w:t>
            </w:r>
          </w:p>
        </w:tc>
      </w:tr>
    </w:tbl>
    <w:p>
      <w:pPr>
        <w:pStyle w:val="Heading1"/>
        <w:rPr/>
      </w:pPr>
      <w:r>
        <w:rPr/>
        <w:t>2. El verbo HABER — 15 min</w:t>
      </w:r>
    </w:p>
    <w:p>
      <w:pPr>
        <w:pStyle w:val="Normal"/>
        <w:rPr/>
      </w:pPr>
      <w:r>
        <w:rPr>
          <w:b w:val="false"/>
        </w:rPr>
        <w:t>Para formar el pretérito perfecto compuesto necesitamos el verbo HABER. Aquí funciona como verbo auxiliar.</w:t>
      </w:r>
      <w:r>
        <w:rPr/>
        <w:br/>
      </w:r>
      <w:r>
        <w:rPr>
          <w:i/>
        </w:rPr>
        <w:t>Pretérito perfecto compuesto muodostetaan HABER-apuverbin avulla.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Persona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HABER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yo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he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tú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has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él / ella / usted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nosotros/as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hemos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vosotros/as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habéis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ellos / ellas / ustedes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han</w:t>
            </w:r>
          </w:p>
        </w:tc>
      </w:tr>
    </w:tbl>
    <w:p>
      <w:pPr>
        <w:pStyle w:val="Normal"/>
        <w:rPr/>
      </w:pPr>
      <w:r>
        <w:rPr>
          <w:b w:val="false"/>
        </w:rPr>
        <w:t>Práctica oral: yo → he; tú → has; nosotros → hemos; ellos → han. Después, al contrario.</w:t>
      </w:r>
      <w:r>
        <w:rPr/>
        <w:br/>
      </w:r>
      <w:r>
        <w:rPr>
          <w:i/>
        </w:rPr>
        <w:t>Suullinen harjoitus: opettaja sanoo persoonan ja opiskelijat vastaavat haber-muodolla. Sitten päinvastoin.</w:t>
      </w:r>
    </w:p>
    <w:p>
      <w:pPr>
        <w:pStyle w:val="Heading1"/>
        <w:rPr/>
      </w:pPr>
      <w:r>
        <w:rPr/>
        <w:t>3. Las vacaciones — 10 min</w:t>
      </w:r>
    </w:p>
    <w:p>
      <w:pPr>
        <w:pStyle w:val="Normal"/>
        <w:rPr/>
      </w:pPr>
      <w:r>
        <w:rPr>
          <w:b/>
        </w:rPr>
        <w:t>¿Qué hacemos durante las vacaciones?</w:t>
      </w:r>
      <w:r>
        <w:rPr/>
        <w:br/>
      </w:r>
      <w:r>
        <w:rPr>
          <w:i/>
        </w:rPr>
        <w:t>Mitä teemme lomalla?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Español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Finés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viajar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matkustaa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descansar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levätä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visitar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vierailla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comer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syödä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beber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juoda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nadar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uida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caminar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kävellä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trabajar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työskennellä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estar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olla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ir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mennä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ver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nähdä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hacer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tehdä</w:t>
            </w:r>
          </w:p>
        </w:tc>
      </w:tr>
    </w:tbl>
    <w:p>
      <w:pPr>
        <w:pStyle w:val="Normal"/>
        <w:rPr/>
      </w:pPr>
      <w:r>
        <w:rPr>
          <w:b w:val="false"/>
        </w:rPr>
        <w:t>Observa: He viajado. He descansado. He trabajado. He comido. He visitado a mi familia.</w:t>
        <w:br/>
        <w:t>¿Qué tienen en común estas frases?</w:t>
      </w:r>
      <w:r>
        <w:rPr/>
        <w:br/>
      </w:r>
      <w:r>
        <w:rPr>
          <w:i/>
        </w:rPr>
        <w:t>Katso lauseita. Mitä yhteistä niissä on?</w:t>
      </w:r>
    </w:p>
    <w:p>
      <w:pPr>
        <w:pStyle w:val="Heading1"/>
        <w:rPr/>
      </w:pPr>
      <w:r>
        <w:rPr/>
        <w:t>4. El pretérito perfecto compuesto — 15 min</w:t>
      </w:r>
    </w:p>
    <w:p>
      <w:pPr>
        <w:pStyle w:val="Normal"/>
        <w:rPr/>
      </w:pPr>
      <w:r>
        <w:rPr>
          <w:b/>
        </w:rPr>
        <w:t>HABER + PARTICIPIO</w:t>
      </w:r>
      <w:r>
        <w:rPr/>
        <w:br/>
      </w:r>
      <w:r>
        <w:rPr>
          <w:i/>
        </w:rPr>
        <w:t>HABER + PARTISIIPPI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Persona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Ejemplo con VIAJAR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yo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he viajado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tú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has viajado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él / ella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 viajado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nosotros/as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hemos viajado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vosotros/as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habéis viajado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ellos / ellas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han viajado</w:t>
            </w:r>
          </w:p>
        </w:tc>
      </w:tr>
    </w:tbl>
    <w:p>
      <w:pPr>
        <w:pStyle w:val="Normal"/>
        <w:rPr/>
      </w:pPr>
      <w:r>
        <w:rPr>
          <w:b/>
        </w:rPr>
        <w:t>El participio no cambia. Solo cambia el verbo haber.</w:t>
      </w:r>
      <w:r>
        <w:rPr/>
        <w:br/>
      </w:r>
      <w:r>
        <w:rPr>
          <w:i/>
        </w:rPr>
        <w:t>Partisiippi ei muutu. Vain haber-verbi muuttuu.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Infinitivo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Participio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viajar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viajado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estar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estado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ir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ido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comer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comido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beber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bebido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hacer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hecho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ver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visto</w:t>
            </w:r>
          </w:p>
        </w:tc>
      </w:tr>
    </w:tbl>
    <w:p>
      <w:pPr>
        <w:pStyle w:val="Normal"/>
        <w:rPr/>
      </w:pPr>
      <w:r>
        <w:rPr>
          <w:b w:val="false"/>
        </w:rPr>
        <w:t>Hacer → hecho y ver → visto son irregulares.</w:t>
      </w:r>
      <w:r>
        <w:rPr/>
        <w:br/>
      </w:r>
      <w:r>
        <w:rPr>
          <w:i/>
        </w:rPr>
        <w:t>Hacer → hecho ja ver → visto ovat epäsäännöllisiä.</w:t>
      </w:r>
    </w:p>
    <w:p>
      <w:pPr>
        <w:pStyle w:val="Normal"/>
        <w:rPr/>
      </w:pPr>
      <w:r>
        <w:rPr>
          <w:b w:val="false"/>
        </w:rPr>
        <w:t>He hecho deporte. / He visto a mis amigos. / He ido a España. / He estado en casa.</w:t>
      </w:r>
      <w:r>
        <w:rPr/>
        <w:br/>
      </w:r>
      <w:r>
        <w:rPr>
          <w:i/>
        </w:rPr>
        <w:t>Olen urheillut. / Olen nähnyt ystäviäni. / Olen käynyt Espanjassa. / Olen ollut kotona.</w:t>
      </w:r>
    </w:p>
    <w:p>
      <w:pPr>
        <w:pStyle w:val="Heading1"/>
        <w:rPr/>
      </w:pPr>
      <w:r>
        <w:rPr/>
        <w:t>5. ¿Cuándo usamos el pretérito perfecto compuesto? — 10 min</w:t>
      </w:r>
    </w:p>
    <w:p>
      <w:pPr>
        <w:pStyle w:val="Normal"/>
        <w:rPr/>
      </w:pPr>
      <w:r>
        <w:rPr>
          <w:b w:val="false"/>
        </w:rPr>
        <w:t>Lo utilizamos para hablar de acciones pasadas que tienen relación con el presente.</w:t>
      </w:r>
      <w:r>
        <w:rPr/>
        <w:br/>
      </w:r>
      <w:r>
        <w:rPr>
          <w:i/>
        </w:rPr>
        <w:t>Sitä käytetään menneistä tapahtumista, joilla on yhteys nykyhetkeen.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Español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21"/>
                <w:szCs w:val="22"/>
                <w:lang w:val="en-US" w:eastAsia="en-US" w:bidi="ar-SA"/>
              </w:rPr>
              <w:t>Finés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hoy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tänään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esta semana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tällä viikolla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este mes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tässä kuussa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este año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tänä vuonna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estas vacaciones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tällä lomalla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alguna vez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joskus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nunca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ei koskaan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ya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jo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todavía no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2"/>
                <w:lang w:val="en-US" w:eastAsia="en-US" w:bidi="ar-SA"/>
              </w:rPr>
              <w:t>ei vielä</w:t>
            </w:r>
          </w:p>
        </w:tc>
      </w:tr>
    </w:tbl>
    <w:p>
      <w:pPr>
        <w:pStyle w:val="Normal"/>
        <w:rPr/>
      </w:pPr>
      <w:r>
        <w:rPr>
          <w:b w:val="false"/>
        </w:rPr>
        <w:t>Hoy he trabajado. / Esta semana he estudiado español. / Nunca he estado en México. / Todavía no he comido.</w:t>
      </w:r>
      <w:r>
        <w:rPr/>
        <w:br/>
      </w:r>
      <w:r>
        <w:rPr>
          <w:i/>
        </w:rPr>
        <w:t>Olen ollut tänään töissä. / Olen opiskellut espanjaa tällä viikolla. / En ole koskaan ollut Meksikossa. / En ole vielä syönyt.</w:t>
      </w:r>
    </w:p>
    <w:p>
      <w:pPr>
        <w:pStyle w:val="Heading1"/>
        <w:rPr/>
      </w:pPr>
      <w:r>
        <w:rPr/>
        <w:t>6. Práctica controlada — 15 min</w:t>
      </w:r>
    </w:p>
    <w:p>
      <w:pPr>
        <w:pStyle w:val="Normal"/>
        <w:rPr/>
      </w:pPr>
      <w:r>
        <w:rPr>
          <w:b w:val="false"/>
        </w:rPr>
        <w:t>Forma oralmente el pretérito perfecto compuesto con distintos sujetos y verbos.</w:t>
      </w:r>
      <w:r>
        <w:rPr/>
        <w:br/>
      </w:r>
      <w:r>
        <w:rPr>
          <w:i/>
        </w:rPr>
        <w:t>Muodosta suullisesti pretérito perfecto compuesto eri persoonilla ja verbeillä.</w:t>
      </w:r>
    </w:p>
    <w:p>
      <w:pPr>
        <w:pStyle w:val="Normal"/>
        <w:rPr/>
      </w:pPr>
      <w:r>
        <w:rPr/>
        <w:t xml:space="preserve">• </w:t>
      </w:r>
      <w:r>
        <w:rPr/>
        <w:t>yo + trabajar</w:t>
      </w:r>
    </w:p>
    <w:p>
      <w:pPr>
        <w:pStyle w:val="Normal"/>
        <w:rPr/>
      </w:pPr>
      <w:r>
        <w:rPr/>
        <w:t xml:space="preserve">• </w:t>
      </w:r>
      <w:r>
        <w:rPr/>
        <w:t>tú + viajar</w:t>
      </w:r>
    </w:p>
    <w:p>
      <w:pPr>
        <w:pStyle w:val="Normal"/>
        <w:rPr/>
      </w:pPr>
      <w:r>
        <w:rPr/>
        <w:t xml:space="preserve">• </w:t>
      </w:r>
      <w:r>
        <w:rPr/>
        <w:t>María + visitar</w:t>
      </w:r>
    </w:p>
    <w:p>
      <w:pPr>
        <w:pStyle w:val="Normal"/>
        <w:rPr/>
      </w:pPr>
      <w:r>
        <w:rPr/>
        <w:t xml:space="preserve">• </w:t>
      </w:r>
      <w:r>
        <w:rPr/>
        <w:t>nosotros + comer</w:t>
      </w:r>
    </w:p>
    <w:p>
      <w:pPr>
        <w:pStyle w:val="Normal"/>
        <w:rPr/>
      </w:pPr>
      <w:r>
        <w:rPr/>
        <w:t xml:space="preserve">• </w:t>
      </w:r>
      <w:r>
        <w:rPr/>
        <w:t>vosotros + beber</w:t>
      </w:r>
    </w:p>
    <w:p>
      <w:pPr>
        <w:pStyle w:val="Normal"/>
        <w:rPr/>
      </w:pPr>
      <w:r>
        <w:rPr/>
        <w:t xml:space="preserve">• </w:t>
      </w:r>
      <w:r>
        <w:rPr/>
        <w:t>ellos + vivir</w:t>
      </w:r>
    </w:p>
    <w:p>
      <w:pPr>
        <w:pStyle w:val="Normal"/>
        <w:rPr/>
      </w:pPr>
      <w:r>
        <w:rPr/>
        <w:t xml:space="preserve">• </w:t>
      </w:r>
      <w:r>
        <w:rPr/>
        <w:t>yo + hacer</w:t>
      </w:r>
    </w:p>
    <w:p>
      <w:pPr>
        <w:pStyle w:val="Normal"/>
        <w:rPr/>
      </w:pPr>
      <w:r>
        <w:rPr/>
        <w:t xml:space="preserve">• </w:t>
      </w:r>
      <w:r>
        <w:rPr/>
        <w:t>ella + ver</w:t>
      </w:r>
    </w:p>
    <w:p>
      <w:pPr>
        <w:pStyle w:val="Normal"/>
        <w:rPr/>
      </w:pPr>
      <w:r>
        <w:rPr/>
        <w:t xml:space="preserve">• </w:t>
      </w:r>
      <w:r>
        <w:rPr/>
        <w:t>nosotros + ir</w:t>
      </w:r>
    </w:p>
    <w:p>
      <w:pPr>
        <w:pStyle w:val="Normal"/>
        <w:rPr/>
      </w:pPr>
      <w:r>
        <w:rPr/>
        <w:t xml:space="preserve">• </w:t>
      </w:r>
      <w:r>
        <w:rPr/>
        <w:t>ellos + estar</w:t>
      </w:r>
    </w:p>
    <w:p>
      <w:pPr>
        <w:pStyle w:val="Heading1"/>
        <w:rPr/>
      </w:pPr>
      <w:r>
        <w:rPr/>
        <w:t>7. Mis vacaciones — 15 min</w:t>
      </w:r>
    </w:p>
    <w:p>
      <w:pPr>
        <w:pStyle w:val="Normal"/>
        <w:rPr/>
      </w:pPr>
      <w:r>
        <w:rPr>
          <w:b w:val="false"/>
        </w:rPr>
        <w:t>Completa 6–8 frases verdaderas sobre tus vacaciones.</w:t>
      </w:r>
      <w:r>
        <w:rPr/>
        <w:br/>
      </w:r>
      <w:r>
        <w:rPr>
          <w:i/>
        </w:rPr>
        <w:t>Täydennä 6–8 totta olevaa lausetta omasta lomastasi.</w:t>
      </w:r>
    </w:p>
    <w:p>
      <w:pPr>
        <w:pStyle w:val="Normal"/>
        <w:rPr/>
      </w:pPr>
      <w:r>
        <w:rPr/>
        <w:t>Estas vacaciones he estado en ________________________________.</w:t>
      </w:r>
    </w:p>
    <w:p>
      <w:pPr>
        <w:pStyle w:val="Normal"/>
        <w:rPr/>
      </w:pPr>
      <w:r>
        <w:rPr/>
        <w:t>He viajado a ________________________________________________.</w:t>
      </w:r>
    </w:p>
    <w:p>
      <w:pPr>
        <w:pStyle w:val="Normal"/>
        <w:rPr/>
      </w:pPr>
      <w:r>
        <w:rPr/>
        <w:t>He visitado _________________________________________________ .</w:t>
      </w:r>
    </w:p>
    <w:p>
      <w:pPr>
        <w:pStyle w:val="Normal"/>
        <w:rPr/>
      </w:pPr>
      <w:r>
        <w:rPr/>
        <w:t>He comido _________________________________________________ .</w:t>
      </w:r>
    </w:p>
    <w:p>
      <w:pPr>
        <w:pStyle w:val="Normal"/>
        <w:rPr/>
      </w:pPr>
      <w:r>
        <w:rPr/>
        <w:t>He bebido _________________________________________________ .</w:t>
      </w:r>
    </w:p>
    <w:p>
      <w:pPr>
        <w:pStyle w:val="Normal"/>
        <w:rPr/>
      </w:pPr>
      <w:r>
        <w:rPr/>
        <w:t>He visto __________________________________________________ .</w:t>
      </w:r>
    </w:p>
    <w:p>
      <w:pPr>
        <w:pStyle w:val="Normal"/>
        <w:rPr/>
      </w:pPr>
      <w:r>
        <w:rPr/>
        <w:t>He hecho __________________________________________________ .</w:t>
      </w:r>
    </w:p>
    <w:p>
      <w:pPr>
        <w:pStyle w:val="Normal"/>
        <w:rPr/>
      </w:pPr>
      <w:r>
        <w:rPr/>
        <w:t>He trabajado ______________________________________________ .</w:t>
      </w:r>
    </w:p>
    <w:p>
      <w:pPr>
        <w:pStyle w:val="Normal"/>
        <w:rPr/>
      </w:pPr>
      <w:r>
        <w:rPr/>
        <w:t>He descansado ______________________________________________.</w:t>
      </w:r>
    </w:p>
    <w:p>
      <w:pPr>
        <w:pStyle w:val="Normal"/>
        <w:rPr/>
      </w:pPr>
      <w:r>
        <w:rPr/>
        <w:t>No he _____________________________________________________ .</w:t>
      </w:r>
    </w:p>
    <w:p>
      <w:pPr>
        <w:pStyle w:val="Heading1"/>
        <w:rPr/>
      </w:pPr>
      <w:r>
        <w:rPr/>
        <w:t>8. Entrevista a un compañero — 15 min</w:t>
      </w:r>
    </w:p>
    <w:p>
      <w:pPr>
        <w:pStyle w:val="Normal"/>
        <w:rPr/>
      </w:pPr>
      <w:r>
        <w:rPr>
          <w:b/>
        </w:rPr>
        <w:t>¿Qué has hecho estas vacaciones?</w:t>
      </w:r>
      <w:r>
        <w:rPr/>
        <w:br/>
      </w:r>
      <w:r>
        <w:rPr>
          <w:i/>
        </w:rPr>
        <w:t>Mitä olet tehnyt lomalla?</w:t>
      </w:r>
    </w:p>
    <w:p>
      <w:pPr>
        <w:pStyle w:val="Normal"/>
        <w:rPr/>
      </w:pPr>
      <w:r>
        <w:rPr>
          <w:b w:val="false"/>
        </w:rPr>
        <w:t>¿Dónde has estado?</w:t>
      </w:r>
      <w:r>
        <w:rPr/>
        <w:br/>
      </w:r>
      <w:r>
        <w:rPr>
          <w:i/>
        </w:rPr>
        <w:t>Missä olet ollut?</w:t>
      </w:r>
    </w:p>
    <w:p>
      <w:pPr>
        <w:pStyle w:val="Normal"/>
        <w:rPr/>
      </w:pPr>
      <w:r>
        <w:rPr>
          <w:b w:val="false"/>
        </w:rPr>
        <w:t>¿Has viajado?</w:t>
      </w:r>
      <w:r>
        <w:rPr/>
        <w:br/>
      </w:r>
      <w:r>
        <w:rPr>
          <w:i/>
        </w:rPr>
        <w:t>Oletko matkustanut?</w:t>
      </w:r>
    </w:p>
    <w:p>
      <w:pPr>
        <w:pStyle w:val="Normal"/>
        <w:rPr/>
      </w:pPr>
      <w:r>
        <w:rPr>
          <w:b w:val="false"/>
        </w:rPr>
        <w:t>¿Dónde has viajado?</w:t>
      </w:r>
      <w:r>
        <w:rPr/>
        <w:br/>
      </w:r>
      <w:r>
        <w:rPr>
          <w:i/>
        </w:rPr>
        <w:t>Minne olet matkustanut?</w:t>
      </w:r>
    </w:p>
    <w:p>
      <w:pPr>
        <w:pStyle w:val="Normal"/>
        <w:rPr/>
      </w:pPr>
      <w:r>
        <w:rPr>
          <w:b w:val="false"/>
        </w:rPr>
        <w:t>¿Qué has comido?</w:t>
      </w:r>
      <w:r>
        <w:rPr/>
        <w:br/>
      </w:r>
      <w:r>
        <w:rPr>
          <w:i/>
        </w:rPr>
        <w:t>Mitä olet syönyt?</w:t>
      </w:r>
    </w:p>
    <w:p>
      <w:pPr>
        <w:pStyle w:val="Normal"/>
        <w:rPr/>
      </w:pPr>
      <w:r>
        <w:rPr>
          <w:b w:val="false"/>
        </w:rPr>
        <w:t>¿Has trabajado?</w:t>
      </w:r>
      <w:r>
        <w:rPr/>
        <w:br/>
      </w:r>
      <w:r>
        <w:rPr>
          <w:i/>
        </w:rPr>
        <w:t>Oletko ollut töissä?</w:t>
      </w:r>
    </w:p>
    <w:p>
      <w:pPr>
        <w:pStyle w:val="Normal"/>
        <w:rPr/>
      </w:pPr>
      <w:r>
        <w:rPr>
          <w:b w:val="false"/>
        </w:rPr>
        <w:t>¿Has hecho deporte?</w:t>
      </w:r>
      <w:r>
        <w:rPr/>
        <w:br/>
      </w:r>
      <w:r>
        <w:rPr>
          <w:i/>
        </w:rPr>
        <w:t>Oletko urheillut?</w:t>
      </w:r>
    </w:p>
    <w:p>
      <w:pPr>
        <w:pStyle w:val="Normal"/>
        <w:rPr/>
      </w:pPr>
      <w:r>
        <w:rPr>
          <w:b w:val="false"/>
        </w:rPr>
        <w:t>¿Has visto a tus amigos?</w:t>
      </w:r>
      <w:r>
        <w:rPr/>
        <w:br/>
      </w:r>
      <w:r>
        <w:rPr>
          <w:i/>
        </w:rPr>
        <w:t>Oletko nähnyt ystäviäsi?</w:t>
      </w:r>
    </w:p>
    <w:p>
      <w:pPr>
        <w:pStyle w:val="Normal"/>
        <w:rPr/>
      </w:pPr>
      <w:r>
        <w:rPr>
          <w:b w:val="false"/>
        </w:rPr>
        <w:t>¿Has ido a algún restaurante?</w:t>
      </w:r>
      <w:r>
        <w:rPr/>
        <w:br/>
      </w:r>
      <w:r>
        <w:rPr>
          <w:i/>
        </w:rPr>
        <w:t>Oletko käynyt ravintolassa?</w:t>
      </w:r>
    </w:p>
    <w:p>
      <w:pPr>
        <w:pStyle w:val="Normal"/>
        <w:rPr/>
      </w:pPr>
      <w:r>
        <w:rPr>
          <w:b w:val="false"/>
        </w:rPr>
        <w:t>¿Has descansado?</w:t>
      </w:r>
      <w:r>
        <w:rPr/>
        <w:br/>
      </w:r>
      <w:r>
        <w:rPr>
          <w:i/>
        </w:rPr>
        <w:t>Oletko levännyt?</w:t>
      </w:r>
    </w:p>
    <w:p>
      <w:pPr>
        <w:pStyle w:val="Normal"/>
        <w:rPr/>
      </w:pPr>
      <w:r>
        <w:rPr>
          <w:b/>
        </w:rPr>
        <w:t>No respondas solamente sí o no. Ejemplo: — ¿Has viajado? — Sí, he viajado a España.</w:t>
      </w:r>
      <w:r>
        <w:rPr/>
        <w:br/>
      </w:r>
      <w:r>
        <w:rPr>
          <w:i/>
        </w:rPr>
        <w:t>Älä vastaa vain kyllä tai ei. Vastaa kokonaisella lauseella.</w:t>
      </w:r>
    </w:p>
    <w:p>
      <w:pPr>
        <w:pStyle w:val="Heading1"/>
        <w:rPr/>
      </w:pPr>
      <w:r>
        <w:rPr/>
        <w:t>9. Las vacaciones de mi compañero — 10 min</w:t>
      </w:r>
    </w:p>
    <w:p>
      <w:pPr>
        <w:pStyle w:val="Normal"/>
        <w:rPr/>
      </w:pPr>
      <w:r>
        <w:rPr>
          <w:b w:val="false"/>
        </w:rPr>
        <w:t>Cuenta a la clase 3–5 cosas que ha hecho tu compañero.</w:t>
      </w:r>
      <w:r>
        <w:rPr/>
        <w:br/>
      </w:r>
      <w:r>
        <w:rPr>
          <w:i/>
        </w:rPr>
        <w:t>Kerro luokalle 3–5 asiaa, jotka parisi on tehnyt.</w:t>
      </w:r>
    </w:p>
    <w:p>
      <w:pPr>
        <w:pStyle w:val="Normal"/>
        <w:rPr/>
      </w:pPr>
      <w:r>
        <w:rPr>
          <w:b/>
        </w:rPr>
        <w:t>YO → ÉL / ELLA: he → ha</w:t>
      </w:r>
      <w:r>
        <w:rPr/>
        <w:br/>
      </w:r>
      <w:r>
        <w:rPr>
          <w:i/>
        </w:rPr>
        <w:t>Kun kerrot paristasi, he muuttuu muotoon ha.</w:t>
      </w:r>
    </w:p>
    <w:p>
      <w:pPr>
        <w:pStyle w:val="Normal"/>
        <w:rPr/>
      </w:pPr>
      <w:r>
        <w:rPr>
          <w:b w:val="false"/>
        </w:rPr>
        <w:t>Ejemplo: Mikko ha estado en Italia. Ha visitado Roma. Ha comido pizza y ha nadado mucho.</w:t>
      </w:r>
      <w:r>
        <w:rPr/>
        <w:br/>
      </w:r>
      <w:r>
        <w:rPr>
          <w:i/>
        </w:rPr>
        <w:t>Esimerkki: Mikko on ollut Italiassa. Hän on käynyt Roomassa, syönyt pizzaa ja uinut paljon.</w:t>
      </w:r>
    </w:p>
    <w:p>
      <w:pPr>
        <w:pStyle w:val="Heading1"/>
        <w:rPr/>
      </w:pPr>
      <w:r>
        <w:rPr/>
        <w:t>Resumen</w:t>
      </w:r>
    </w:p>
    <w:p>
      <w:pPr>
        <w:pStyle w:val="Normal"/>
        <w:rPr/>
      </w:pPr>
      <w:r>
        <w:rPr>
          <w:b w:val="false"/>
        </w:rPr>
        <w:t>1. Participio: -AR → -ADO / -ER, -IR → -IDO</w:t>
        <w:br/>
        <w:t>2. Haber: he – has – ha – hemos – habéis – han</w:t>
        <w:br/>
        <w:t>3. Pretérito perfecto compuesto: HABER + PARTICIPIO</w:t>
      </w:r>
      <w:r>
        <w:rPr/>
        <w:br/>
      </w:r>
      <w:r>
        <w:rPr>
          <w:i/>
        </w:rPr>
        <w:t>1. Partisiippi: -AR → -ADO / -ER, -IR → -IDO</w:t>
        <w:br/>
        <w:t>2. Haber: he – has – ha – hemos – habéis – han</w:t>
        <w:br/>
        <w:t>3. Pretérito perfecto compuesto: HABER + PARTISIIPPI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b/>
        </w:rPr>
        <w:t>Pregunta final: ¿Qué has hecho estas vacaciones?</w:t>
      </w:r>
      <w:r>
        <w:rPr/>
        <w:br/>
      </w:r>
      <w:r>
        <w:rPr>
          <w:i/>
        </w:rPr>
        <w:t>Loppukysymys: Mitä olet tehnyt lomalla?</w:t>
      </w:r>
    </w:p>
    <w:sectPr>
      <w:footerReference w:type="default" r:id="rId2"/>
      <w:type w:val="nextPage"/>
      <w:pgSz w:w="12240" w:h="15840"/>
      <w:pgMar w:left="1020" w:right="1020" w:gutter="0" w:header="0" w:top="964" w:footer="72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LibreOffice/7.6.0.3$Windows_X86_64 LibreOffice_project/69edd8b8ebc41d00b4de3915dc82f8f0fc3b6265</Application>
  <AppVersion>15.0000</AppVersion>
  <Pages>5</Pages>
  <Words>942</Words>
  <Characters>5275</Characters>
  <CharactersWithSpaces>6039</CharactersWithSpaces>
  <Paragraphs>195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es-ES</dc:language>
  <cp:lastModifiedBy/>
  <dcterms:modified xsi:type="dcterms:W3CDTF">2026-09-11T16:13:43Z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