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DCBE" w14:textId="61E02E25" w:rsidR="00AC52B8" w:rsidRPr="00AC52B8" w:rsidRDefault="00000000" w:rsidP="00AC52B8">
      <w:pPr>
        <w:pStyle w:val="Otsikko1"/>
        <w:rPr>
          <w:rFonts w:ascii="Arial" w:hAnsi="Arial" w:cs="Arial"/>
          <w:sz w:val="24"/>
          <w:szCs w:val="24"/>
        </w:rPr>
      </w:pPr>
      <w:r w:rsidRPr="00AC52B8">
        <w:rPr>
          <w:rFonts w:ascii="Arial" w:hAnsi="Arial" w:cs="Arial"/>
          <w:sz w:val="24"/>
          <w:szCs w:val="24"/>
        </w:rPr>
        <w:t>Varhennetun oppivelvollisuuden hakemus</w:t>
      </w:r>
    </w:p>
    <w:p w14:paraId="5C61C0ED" w14:textId="77777777" w:rsidR="00AC52B8" w:rsidRPr="00AC52B8" w:rsidRDefault="00AC52B8" w:rsidP="00AC52B8"/>
    <w:p w14:paraId="1F482A56" w14:textId="3A8280AD" w:rsidR="00AC52B8" w:rsidRPr="00AC52B8" w:rsidRDefault="00000000" w:rsidP="00AC52B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868419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74A">
            <w:rPr>
              <w:rFonts w:ascii="MS Gothic" w:eastAsia="MS Gothic" w:hAnsi="MS Gothic" w:cs="Arial" w:hint="eastAsia"/>
            </w:rPr>
            <w:t>☐</w:t>
          </w:r>
        </w:sdtContent>
      </w:sdt>
      <w:r w:rsidR="00AC52B8" w:rsidRPr="00AC52B8">
        <w:rPr>
          <w:rFonts w:ascii="Arial" w:hAnsi="Arial" w:cs="Arial"/>
        </w:rPr>
        <w:t xml:space="preserve"> Haen </w:t>
      </w:r>
      <w:proofErr w:type="spellStart"/>
      <w:r w:rsidR="00AC52B8" w:rsidRPr="00AC52B8">
        <w:rPr>
          <w:rFonts w:ascii="Arial" w:hAnsi="Arial" w:cs="Arial"/>
        </w:rPr>
        <w:t>lapselleni</w:t>
      </w:r>
      <w:proofErr w:type="spellEnd"/>
      <w:r w:rsidR="00AC52B8" w:rsidRPr="00AC52B8">
        <w:rPr>
          <w:rFonts w:ascii="Arial" w:hAnsi="Arial" w:cs="Arial"/>
        </w:rPr>
        <w:t xml:space="preserve"> </w:t>
      </w:r>
      <w:proofErr w:type="spellStart"/>
      <w:r w:rsidR="00AC52B8" w:rsidRPr="00AC52B8">
        <w:rPr>
          <w:rFonts w:ascii="Arial" w:hAnsi="Arial" w:cs="Arial"/>
        </w:rPr>
        <w:t>varhennettua</w:t>
      </w:r>
      <w:proofErr w:type="spellEnd"/>
      <w:r w:rsidR="00AC52B8" w:rsidRPr="00AC52B8">
        <w:rPr>
          <w:rFonts w:ascii="Arial" w:hAnsi="Arial" w:cs="Arial"/>
        </w:rPr>
        <w:t xml:space="preserve"> oppivelvollisuutta.</w:t>
      </w:r>
    </w:p>
    <w:p w14:paraId="706082F2" w14:textId="31D70EF3" w:rsidR="00FE580A" w:rsidRPr="00AC52B8" w:rsidRDefault="00000000">
      <w:pPr>
        <w:pStyle w:val="Otsikko2"/>
        <w:rPr>
          <w:rFonts w:ascii="Arial" w:hAnsi="Arial" w:cs="Arial"/>
          <w:sz w:val="24"/>
          <w:szCs w:val="24"/>
        </w:rPr>
      </w:pPr>
      <w:r w:rsidRPr="00AC52B8">
        <w:rPr>
          <w:rFonts w:ascii="Arial" w:hAnsi="Arial" w:cs="Arial"/>
          <w:sz w:val="24"/>
          <w:szCs w:val="24"/>
        </w:rPr>
        <w:t>Perustiedot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936"/>
        <w:gridCol w:w="4704"/>
      </w:tblGrid>
      <w:tr w:rsidR="00FE580A" w:rsidRPr="00F00C06" w14:paraId="7368B809" w14:textId="77777777" w:rsidTr="00AC52B8">
        <w:tc>
          <w:tcPr>
            <w:tcW w:w="3936" w:type="dxa"/>
          </w:tcPr>
          <w:p w14:paraId="1A11FF05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Lapsen sukunimi ja etunimet</w:t>
            </w:r>
          </w:p>
        </w:tc>
        <w:tc>
          <w:tcPr>
            <w:tcW w:w="4704" w:type="dxa"/>
          </w:tcPr>
          <w:p w14:paraId="671FADF4" w14:textId="7DFDBA00" w:rsidR="00FE580A" w:rsidRPr="0060374A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67F30C1F" w14:textId="77777777" w:rsidTr="00AC52B8">
        <w:tc>
          <w:tcPr>
            <w:tcW w:w="3936" w:type="dxa"/>
          </w:tcPr>
          <w:p w14:paraId="70CF47CE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Henkilötunnus</w:t>
            </w:r>
          </w:p>
        </w:tc>
        <w:tc>
          <w:tcPr>
            <w:tcW w:w="4704" w:type="dxa"/>
          </w:tcPr>
          <w:p w14:paraId="6A579433" w14:textId="4F18E7BE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45C38AFE" w14:textId="77777777" w:rsidTr="00AC52B8">
        <w:tc>
          <w:tcPr>
            <w:tcW w:w="3936" w:type="dxa"/>
          </w:tcPr>
          <w:p w14:paraId="1DB572CD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Lähiosoite</w:t>
            </w:r>
          </w:p>
        </w:tc>
        <w:tc>
          <w:tcPr>
            <w:tcW w:w="4704" w:type="dxa"/>
          </w:tcPr>
          <w:p w14:paraId="02C5CE1C" w14:textId="38EF3712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49641C08" w14:textId="77777777" w:rsidTr="00AC52B8">
        <w:tc>
          <w:tcPr>
            <w:tcW w:w="3936" w:type="dxa"/>
          </w:tcPr>
          <w:p w14:paraId="58A93EAE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Postinumero</w:t>
            </w:r>
          </w:p>
        </w:tc>
        <w:tc>
          <w:tcPr>
            <w:tcW w:w="4704" w:type="dxa"/>
          </w:tcPr>
          <w:p w14:paraId="6E072D55" w14:textId="206F7E83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4771C9E2" w14:textId="77777777" w:rsidTr="00AC52B8">
        <w:tc>
          <w:tcPr>
            <w:tcW w:w="3936" w:type="dxa"/>
          </w:tcPr>
          <w:p w14:paraId="5D2DDBD6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Postitoimipaikka</w:t>
            </w:r>
          </w:p>
        </w:tc>
        <w:tc>
          <w:tcPr>
            <w:tcW w:w="4704" w:type="dxa"/>
          </w:tcPr>
          <w:p w14:paraId="68A170BB" w14:textId="3DBD4A8E" w:rsidR="00FE580A" w:rsidRPr="00F00C06" w:rsidRDefault="00FE580A">
            <w:pPr>
              <w:rPr>
                <w:rFonts w:ascii="Arial" w:hAnsi="Arial" w:cs="Arial"/>
              </w:rPr>
            </w:pPr>
          </w:p>
        </w:tc>
      </w:tr>
    </w:tbl>
    <w:p w14:paraId="1D61F19E" w14:textId="77777777" w:rsidR="00FE580A" w:rsidRPr="00AC52B8" w:rsidRDefault="00000000">
      <w:pPr>
        <w:pStyle w:val="Otsikko2"/>
        <w:rPr>
          <w:rFonts w:ascii="Arial" w:hAnsi="Arial" w:cs="Arial"/>
          <w:sz w:val="24"/>
          <w:szCs w:val="24"/>
        </w:rPr>
      </w:pPr>
      <w:r w:rsidRPr="00AC52B8">
        <w:rPr>
          <w:rFonts w:ascii="Arial" w:hAnsi="Arial" w:cs="Arial"/>
          <w:sz w:val="24"/>
          <w:szCs w:val="24"/>
        </w:rPr>
        <w:t>Esiopetuksen järjestäjän 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936"/>
        <w:gridCol w:w="4704"/>
      </w:tblGrid>
      <w:tr w:rsidR="00FE580A" w:rsidRPr="00F00C06" w14:paraId="3BBF49D3" w14:textId="77777777" w:rsidTr="00AC52B8">
        <w:tc>
          <w:tcPr>
            <w:tcW w:w="3936" w:type="dxa"/>
          </w:tcPr>
          <w:p w14:paraId="75059A6B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Päiväkoti</w:t>
            </w:r>
          </w:p>
        </w:tc>
        <w:tc>
          <w:tcPr>
            <w:tcW w:w="4704" w:type="dxa"/>
          </w:tcPr>
          <w:p w14:paraId="1510B24C" w14:textId="4EBE91D6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2B90BF9A" w14:textId="77777777" w:rsidTr="00AC52B8">
        <w:tc>
          <w:tcPr>
            <w:tcW w:w="3936" w:type="dxa"/>
          </w:tcPr>
          <w:p w14:paraId="6973F031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Toimintakausi / alkamispäivä</w:t>
            </w:r>
          </w:p>
        </w:tc>
        <w:tc>
          <w:tcPr>
            <w:tcW w:w="4704" w:type="dxa"/>
          </w:tcPr>
          <w:p w14:paraId="666212D6" w14:textId="6EC27ED4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51A9AC57" w14:textId="77777777" w:rsidTr="00AC52B8">
        <w:tc>
          <w:tcPr>
            <w:tcW w:w="3936" w:type="dxa"/>
          </w:tcPr>
          <w:p w14:paraId="75A0D78C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Päiväkodin johtaja</w:t>
            </w:r>
          </w:p>
        </w:tc>
        <w:tc>
          <w:tcPr>
            <w:tcW w:w="4704" w:type="dxa"/>
          </w:tcPr>
          <w:p w14:paraId="0427A125" w14:textId="39A6B7AE" w:rsidR="00FE580A" w:rsidRPr="00F00C06" w:rsidRDefault="00FE580A">
            <w:pPr>
              <w:rPr>
                <w:rFonts w:ascii="Arial" w:hAnsi="Arial" w:cs="Arial"/>
              </w:rPr>
            </w:pPr>
          </w:p>
        </w:tc>
      </w:tr>
    </w:tbl>
    <w:p w14:paraId="19897B87" w14:textId="77777777" w:rsidR="00FE580A" w:rsidRPr="00AC52B8" w:rsidRDefault="00000000">
      <w:pPr>
        <w:pStyle w:val="Otsikko2"/>
        <w:rPr>
          <w:rFonts w:ascii="Arial" w:hAnsi="Arial" w:cs="Arial"/>
          <w:sz w:val="24"/>
          <w:szCs w:val="24"/>
        </w:rPr>
      </w:pPr>
      <w:r w:rsidRPr="00AC52B8">
        <w:rPr>
          <w:rFonts w:ascii="Arial" w:hAnsi="Arial" w:cs="Arial"/>
          <w:sz w:val="24"/>
          <w:szCs w:val="24"/>
        </w:rPr>
        <w:t>Huoltaja 1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936"/>
        <w:gridCol w:w="4704"/>
      </w:tblGrid>
      <w:tr w:rsidR="00FE580A" w:rsidRPr="00F00C06" w14:paraId="224DC71E" w14:textId="77777777" w:rsidTr="00AC52B8">
        <w:tc>
          <w:tcPr>
            <w:tcW w:w="3936" w:type="dxa"/>
          </w:tcPr>
          <w:p w14:paraId="133E123B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Nimi</w:t>
            </w:r>
          </w:p>
        </w:tc>
        <w:tc>
          <w:tcPr>
            <w:tcW w:w="4704" w:type="dxa"/>
          </w:tcPr>
          <w:p w14:paraId="0972F47E" w14:textId="5FFA84FA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0056DEB6" w14:textId="77777777" w:rsidTr="00AC52B8">
        <w:tc>
          <w:tcPr>
            <w:tcW w:w="3936" w:type="dxa"/>
          </w:tcPr>
          <w:p w14:paraId="117AAF24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Puhelinnumero</w:t>
            </w:r>
          </w:p>
        </w:tc>
        <w:tc>
          <w:tcPr>
            <w:tcW w:w="4704" w:type="dxa"/>
          </w:tcPr>
          <w:p w14:paraId="096466A1" w14:textId="5D881CDA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500BA899" w14:textId="77777777" w:rsidTr="00AC52B8">
        <w:tc>
          <w:tcPr>
            <w:tcW w:w="3936" w:type="dxa"/>
          </w:tcPr>
          <w:p w14:paraId="3C82A824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Lähiosoite (jos eri kuin lapsen)</w:t>
            </w:r>
          </w:p>
        </w:tc>
        <w:tc>
          <w:tcPr>
            <w:tcW w:w="4704" w:type="dxa"/>
          </w:tcPr>
          <w:p w14:paraId="154DD07B" w14:textId="10DD8F85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0D50C31B" w14:textId="77777777" w:rsidTr="00AC52B8">
        <w:tc>
          <w:tcPr>
            <w:tcW w:w="3936" w:type="dxa"/>
          </w:tcPr>
          <w:p w14:paraId="512027D2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Postinumero</w:t>
            </w:r>
          </w:p>
        </w:tc>
        <w:tc>
          <w:tcPr>
            <w:tcW w:w="4704" w:type="dxa"/>
          </w:tcPr>
          <w:p w14:paraId="7B5DA582" w14:textId="7399B1C5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43CCFE3C" w14:textId="77777777" w:rsidTr="00AC52B8">
        <w:tc>
          <w:tcPr>
            <w:tcW w:w="3936" w:type="dxa"/>
          </w:tcPr>
          <w:p w14:paraId="21A297E1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Postitoimipaikka</w:t>
            </w:r>
          </w:p>
        </w:tc>
        <w:tc>
          <w:tcPr>
            <w:tcW w:w="4704" w:type="dxa"/>
          </w:tcPr>
          <w:p w14:paraId="7220882F" w14:textId="7C18B860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0E75EC70" w14:textId="77777777" w:rsidTr="00AC52B8">
        <w:tc>
          <w:tcPr>
            <w:tcW w:w="3936" w:type="dxa"/>
          </w:tcPr>
          <w:p w14:paraId="51D9359B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Sähköpostiosoite</w:t>
            </w:r>
          </w:p>
        </w:tc>
        <w:tc>
          <w:tcPr>
            <w:tcW w:w="4704" w:type="dxa"/>
          </w:tcPr>
          <w:p w14:paraId="31594AEE" w14:textId="2BB5EC07" w:rsidR="00FE580A" w:rsidRPr="00F00C06" w:rsidRDefault="00FE580A">
            <w:pPr>
              <w:rPr>
                <w:rFonts w:ascii="Arial" w:hAnsi="Arial" w:cs="Arial"/>
              </w:rPr>
            </w:pPr>
          </w:p>
        </w:tc>
      </w:tr>
    </w:tbl>
    <w:p w14:paraId="57299D18" w14:textId="5C398356" w:rsidR="00FE580A" w:rsidRPr="00F00C06" w:rsidRDefault="0000000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03104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52B8">
            <w:rPr>
              <w:rFonts w:ascii="MS Gothic" w:eastAsia="MS Gothic" w:hAnsi="MS Gothic" w:cs="Arial" w:hint="eastAsia"/>
            </w:rPr>
            <w:t>☐</w:t>
          </w:r>
        </w:sdtContent>
      </w:sdt>
      <w:r w:rsidR="00B64AA4" w:rsidRPr="00F00C06">
        <w:rPr>
          <w:rFonts w:ascii="Arial" w:hAnsi="Arial" w:cs="Arial"/>
        </w:rPr>
        <w:t xml:space="preserve"> Suostun päätöksen sähköiseen tiedoksiantoon</w:t>
      </w:r>
    </w:p>
    <w:p w14:paraId="365C5447" w14:textId="77777777" w:rsidR="00FE580A" w:rsidRPr="00AC52B8" w:rsidRDefault="00000000">
      <w:pPr>
        <w:pStyle w:val="Otsikko2"/>
        <w:rPr>
          <w:rFonts w:ascii="Arial" w:hAnsi="Arial" w:cs="Arial"/>
          <w:sz w:val="24"/>
          <w:szCs w:val="24"/>
        </w:rPr>
      </w:pPr>
      <w:r w:rsidRPr="00AC52B8">
        <w:rPr>
          <w:rFonts w:ascii="Arial" w:hAnsi="Arial" w:cs="Arial"/>
          <w:sz w:val="24"/>
          <w:szCs w:val="24"/>
        </w:rPr>
        <w:t>Huoltaja 2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936"/>
        <w:gridCol w:w="4704"/>
      </w:tblGrid>
      <w:tr w:rsidR="00FE580A" w:rsidRPr="00F00C06" w14:paraId="5F417775" w14:textId="77777777" w:rsidTr="00AC52B8">
        <w:tc>
          <w:tcPr>
            <w:tcW w:w="3936" w:type="dxa"/>
          </w:tcPr>
          <w:p w14:paraId="66CAF2F5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Nimi</w:t>
            </w:r>
          </w:p>
        </w:tc>
        <w:tc>
          <w:tcPr>
            <w:tcW w:w="4704" w:type="dxa"/>
          </w:tcPr>
          <w:p w14:paraId="0FC3F827" w14:textId="7D2C8934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28D00E49" w14:textId="77777777" w:rsidTr="00AC52B8">
        <w:tc>
          <w:tcPr>
            <w:tcW w:w="3936" w:type="dxa"/>
          </w:tcPr>
          <w:p w14:paraId="20D43A30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Puhelinnumero</w:t>
            </w:r>
          </w:p>
        </w:tc>
        <w:tc>
          <w:tcPr>
            <w:tcW w:w="4704" w:type="dxa"/>
          </w:tcPr>
          <w:p w14:paraId="326B4B57" w14:textId="68ACC8A2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540BC8E8" w14:textId="77777777" w:rsidTr="00AC52B8">
        <w:tc>
          <w:tcPr>
            <w:tcW w:w="3936" w:type="dxa"/>
          </w:tcPr>
          <w:p w14:paraId="1E6E67C0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Lähiosoite (jos eri kuin lapsen)</w:t>
            </w:r>
          </w:p>
        </w:tc>
        <w:tc>
          <w:tcPr>
            <w:tcW w:w="4704" w:type="dxa"/>
          </w:tcPr>
          <w:p w14:paraId="1DD28276" w14:textId="1B048371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16B676FF" w14:textId="77777777" w:rsidTr="00AC52B8">
        <w:tc>
          <w:tcPr>
            <w:tcW w:w="3936" w:type="dxa"/>
          </w:tcPr>
          <w:p w14:paraId="471F6DA4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Postinumero</w:t>
            </w:r>
          </w:p>
        </w:tc>
        <w:tc>
          <w:tcPr>
            <w:tcW w:w="4704" w:type="dxa"/>
          </w:tcPr>
          <w:p w14:paraId="7711C926" w14:textId="30BC580F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3CB12908" w14:textId="77777777" w:rsidTr="00AC52B8">
        <w:tc>
          <w:tcPr>
            <w:tcW w:w="3936" w:type="dxa"/>
          </w:tcPr>
          <w:p w14:paraId="1CCBAA5D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Postitoimipaikka</w:t>
            </w:r>
          </w:p>
        </w:tc>
        <w:tc>
          <w:tcPr>
            <w:tcW w:w="4704" w:type="dxa"/>
          </w:tcPr>
          <w:p w14:paraId="49D2FAEB" w14:textId="04B20285" w:rsidR="00FE580A" w:rsidRPr="00F00C06" w:rsidRDefault="00FE580A">
            <w:pPr>
              <w:rPr>
                <w:rFonts w:ascii="Arial" w:hAnsi="Arial" w:cs="Arial"/>
              </w:rPr>
            </w:pPr>
          </w:p>
        </w:tc>
      </w:tr>
      <w:tr w:rsidR="00FE580A" w:rsidRPr="00F00C06" w14:paraId="2C900DAD" w14:textId="77777777" w:rsidTr="00AC52B8">
        <w:tc>
          <w:tcPr>
            <w:tcW w:w="3936" w:type="dxa"/>
          </w:tcPr>
          <w:p w14:paraId="132879F5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Sähköpostiosoite</w:t>
            </w:r>
          </w:p>
        </w:tc>
        <w:tc>
          <w:tcPr>
            <w:tcW w:w="4704" w:type="dxa"/>
          </w:tcPr>
          <w:p w14:paraId="6765AFB4" w14:textId="2FA8F57A" w:rsidR="00FE580A" w:rsidRPr="00F00C06" w:rsidRDefault="00FE580A">
            <w:pPr>
              <w:rPr>
                <w:rFonts w:ascii="Arial" w:hAnsi="Arial" w:cs="Arial"/>
              </w:rPr>
            </w:pPr>
          </w:p>
        </w:tc>
      </w:tr>
    </w:tbl>
    <w:p w14:paraId="1E26870C" w14:textId="2F64C431" w:rsidR="00FE580A" w:rsidRPr="00F00C06" w:rsidRDefault="0000000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0231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52B8">
            <w:rPr>
              <w:rFonts w:ascii="MS Gothic" w:eastAsia="MS Gothic" w:hAnsi="MS Gothic" w:cs="Arial" w:hint="eastAsia"/>
            </w:rPr>
            <w:t>☐</w:t>
          </w:r>
        </w:sdtContent>
      </w:sdt>
      <w:r w:rsidR="00AC52B8" w:rsidRPr="00F00C06">
        <w:rPr>
          <w:rFonts w:ascii="Arial" w:hAnsi="Arial" w:cs="Arial"/>
        </w:rPr>
        <w:t xml:space="preserve"> Suostun päätöksen sähköiseen tiedoksiantoon</w:t>
      </w:r>
    </w:p>
    <w:p w14:paraId="1A79B029" w14:textId="77777777" w:rsidR="00FE580A" w:rsidRPr="00AC52B8" w:rsidRDefault="00000000">
      <w:pPr>
        <w:pStyle w:val="Otsikko2"/>
        <w:rPr>
          <w:rFonts w:ascii="Arial" w:hAnsi="Arial" w:cs="Arial"/>
          <w:sz w:val="24"/>
          <w:szCs w:val="24"/>
        </w:rPr>
      </w:pPr>
      <w:r w:rsidRPr="00AC52B8">
        <w:rPr>
          <w:rFonts w:ascii="Arial" w:hAnsi="Arial" w:cs="Arial"/>
          <w:sz w:val="24"/>
          <w:szCs w:val="24"/>
        </w:rPr>
        <w:t>Allekirjoitukset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5555"/>
      </w:tblGrid>
      <w:tr w:rsidR="00FE580A" w:rsidRPr="00F00C06" w14:paraId="2E6AA426" w14:textId="77777777" w:rsidTr="00AC52B8">
        <w:tc>
          <w:tcPr>
            <w:tcW w:w="1384" w:type="dxa"/>
          </w:tcPr>
          <w:p w14:paraId="0F49AD4D" w14:textId="6EACEAFD" w:rsidR="00FE580A" w:rsidRPr="00AC52B8" w:rsidRDefault="00FE5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0BEDAB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Päivämäärä</w:t>
            </w:r>
          </w:p>
        </w:tc>
        <w:tc>
          <w:tcPr>
            <w:tcW w:w="5555" w:type="dxa"/>
          </w:tcPr>
          <w:p w14:paraId="5C87252E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Allekirjoitus ja nimenselvennys</w:t>
            </w:r>
          </w:p>
        </w:tc>
      </w:tr>
      <w:tr w:rsidR="00FE580A" w:rsidRPr="00F00C06" w14:paraId="4EF4C7C3" w14:textId="77777777" w:rsidTr="00AC52B8">
        <w:tc>
          <w:tcPr>
            <w:tcW w:w="1384" w:type="dxa"/>
          </w:tcPr>
          <w:p w14:paraId="481B0EC6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Huoltaja 1</w:t>
            </w:r>
          </w:p>
        </w:tc>
        <w:tc>
          <w:tcPr>
            <w:tcW w:w="1701" w:type="dxa"/>
          </w:tcPr>
          <w:p w14:paraId="672A6659" w14:textId="4488515B" w:rsidR="00FE580A" w:rsidRPr="00AC52B8" w:rsidRDefault="00FE5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5" w:type="dxa"/>
          </w:tcPr>
          <w:p w14:paraId="0A37501D" w14:textId="77777777" w:rsidR="00AC52B8" w:rsidRPr="00AC52B8" w:rsidRDefault="00AC52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580A" w:rsidRPr="00F00C06" w14:paraId="0A83161C" w14:textId="77777777" w:rsidTr="00AC52B8">
        <w:tc>
          <w:tcPr>
            <w:tcW w:w="1384" w:type="dxa"/>
          </w:tcPr>
          <w:p w14:paraId="239C95B7" w14:textId="77777777" w:rsidR="00FE580A" w:rsidRPr="00AC52B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C52B8">
              <w:rPr>
                <w:rFonts w:ascii="Arial" w:hAnsi="Arial" w:cs="Arial"/>
                <w:sz w:val="20"/>
                <w:szCs w:val="20"/>
              </w:rPr>
              <w:t>Huoltaja 2</w:t>
            </w:r>
          </w:p>
        </w:tc>
        <w:tc>
          <w:tcPr>
            <w:tcW w:w="1701" w:type="dxa"/>
          </w:tcPr>
          <w:p w14:paraId="5DAB6C7B" w14:textId="16F2CB5A" w:rsidR="00FE580A" w:rsidRPr="00AC52B8" w:rsidRDefault="00FE5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5" w:type="dxa"/>
          </w:tcPr>
          <w:p w14:paraId="02EB378F" w14:textId="77777777" w:rsidR="00FE580A" w:rsidRPr="00AC52B8" w:rsidRDefault="00FE58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BD8E8A" w14:textId="77777777" w:rsidR="00FE580A" w:rsidRPr="00AC52B8" w:rsidRDefault="00000000">
      <w:pPr>
        <w:pStyle w:val="Otsikko2"/>
        <w:rPr>
          <w:rFonts w:ascii="Arial" w:hAnsi="Arial" w:cs="Arial"/>
          <w:sz w:val="24"/>
          <w:szCs w:val="24"/>
        </w:rPr>
      </w:pPr>
      <w:r w:rsidRPr="00AC52B8">
        <w:rPr>
          <w:rFonts w:ascii="Arial" w:hAnsi="Arial" w:cs="Arial"/>
          <w:sz w:val="24"/>
          <w:szCs w:val="24"/>
        </w:rPr>
        <w:t>Liitteet</w:t>
      </w:r>
    </w:p>
    <w:p w14:paraId="1BDB8D13" w14:textId="503CCD82" w:rsidR="00FE580A" w:rsidRPr="00F00C06" w:rsidRDefault="00000000">
      <w:pPr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430699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52B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64AA4">
        <w:rPr>
          <w:rFonts w:ascii="Segoe UI Symbol" w:hAnsi="Segoe UI Symbol" w:cs="Segoe UI Symbol"/>
        </w:rPr>
        <w:t xml:space="preserve"> </w:t>
      </w:r>
      <w:r w:rsidR="00B64AA4" w:rsidRPr="00F00C06">
        <w:rPr>
          <w:rFonts w:ascii="Arial" w:hAnsi="Arial" w:cs="Arial"/>
        </w:rPr>
        <w:t>Lääkärin lausunto</w:t>
      </w:r>
    </w:p>
    <w:p w14:paraId="10A7BFC0" w14:textId="152E4644" w:rsidR="00FE580A" w:rsidRPr="00F00C06" w:rsidRDefault="00000000">
      <w:pPr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342324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52B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64AA4">
        <w:rPr>
          <w:rFonts w:ascii="Segoe UI Symbol" w:hAnsi="Segoe UI Symbol" w:cs="Segoe UI Symbol"/>
        </w:rPr>
        <w:t xml:space="preserve"> </w:t>
      </w:r>
      <w:r w:rsidR="00B64AA4" w:rsidRPr="00F00C06">
        <w:rPr>
          <w:rFonts w:ascii="Arial" w:hAnsi="Arial" w:cs="Arial"/>
        </w:rPr>
        <w:t>Psykologin lausunto</w:t>
      </w:r>
    </w:p>
    <w:sectPr w:rsidR="00FE580A" w:rsidRPr="00F00C06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3C8B" w14:textId="77777777" w:rsidR="007E1AE4" w:rsidRDefault="007E1AE4">
      <w:pPr>
        <w:spacing w:after="0" w:line="240" w:lineRule="auto"/>
      </w:pPr>
      <w:r>
        <w:separator/>
      </w:r>
    </w:p>
  </w:endnote>
  <w:endnote w:type="continuationSeparator" w:id="0">
    <w:p w14:paraId="088E00B6" w14:textId="77777777" w:rsidR="007E1AE4" w:rsidRDefault="007E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8674EB4" w14:paraId="779D9E19" w14:textId="77777777" w:rsidTr="68674EB4">
      <w:trPr>
        <w:trHeight w:val="300"/>
      </w:trPr>
      <w:tc>
        <w:tcPr>
          <w:tcW w:w="2880" w:type="dxa"/>
        </w:tcPr>
        <w:p w14:paraId="703490A9" w14:textId="051D9337" w:rsidR="68674EB4" w:rsidRDefault="68674EB4" w:rsidP="68674EB4">
          <w:pPr>
            <w:pStyle w:val="Yltunniste"/>
            <w:ind w:left="-115"/>
          </w:pPr>
        </w:p>
      </w:tc>
      <w:tc>
        <w:tcPr>
          <w:tcW w:w="2880" w:type="dxa"/>
        </w:tcPr>
        <w:p w14:paraId="50418294" w14:textId="5576B829" w:rsidR="68674EB4" w:rsidRDefault="68674EB4" w:rsidP="68674EB4">
          <w:pPr>
            <w:pStyle w:val="Yltunniste"/>
            <w:jc w:val="center"/>
          </w:pPr>
        </w:p>
      </w:tc>
      <w:tc>
        <w:tcPr>
          <w:tcW w:w="2880" w:type="dxa"/>
        </w:tcPr>
        <w:p w14:paraId="6443075D" w14:textId="30B7E490" w:rsidR="68674EB4" w:rsidRDefault="68674EB4" w:rsidP="68674EB4">
          <w:pPr>
            <w:pStyle w:val="Yltunniste"/>
            <w:ind w:right="-115"/>
            <w:jc w:val="right"/>
          </w:pPr>
        </w:p>
      </w:tc>
    </w:tr>
  </w:tbl>
  <w:p w14:paraId="465507B2" w14:textId="60075766" w:rsidR="68674EB4" w:rsidRDefault="68674EB4" w:rsidP="68674EB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3639C" w14:textId="77777777" w:rsidR="007E1AE4" w:rsidRDefault="007E1AE4">
      <w:pPr>
        <w:spacing w:after="0" w:line="240" w:lineRule="auto"/>
      </w:pPr>
      <w:r>
        <w:separator/>
      </w:r>
    </w:p>
  </w:footnote>
  <w:footnote w:type="continuationSeparator" w:id="0">
    <w:p w14:paraId="02B333CB" w14:textId="77777777" w:rsidR="007E1AE4" w:rsidRDefault="007E1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8674EB4" w14:paraId="1E7C95F6" w14:textId="77777777" w:rsidTr="68674EB4">
      <w:trPr>
        <w:trHeight w:val="300"/>
      </w:trPr>
      <w:tc>
        <w:tcPr>
          <w:tcW w:w="2880" w:type="dxa"/>
        </w:tcPr>
        <w:p w14:paraId="4687DEAE" w14:textId="6DEAE569" w:rsidR="68674EB4" w:rsidRDefault="68674EB4" w:rsidP="68674EB4">
          <w:pPr>
            <w:pStyle w:val="Yltunniste"/>
            <w:ind w:left="-115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85567D0" wp14:editId="495D979F">
                <wp:simplePos x="0" y="0"/>
                <wp:positionH relativeFrom="column">
                  <wp:posOffset>-68187</wp:posOffset>
                </wp:positionH>
                <wp:positionV relativeFrom="paragraph">
                  <wp:posOffset>0</wp:posOffset>
                </wp:positionV>
                <wp:extent cx="1438781" cy="707197"/>
                <wp:effectExtent l="0" t="0" r="0" b="0"/>
                <wp:wrapTight wrapText="bothSides">
                  <wp:wrapPolygon edited="0">
                    <wp:start x="0" y="0"/>
                    <wp:lineTo x="0" y="20960"/>
                    <wp:lineTo x="21171" y="20960"/>
                    <wp:lineTo x="21171" y="0"/>
                    <wp:lineTo x="0" y="0"/>
                  </wp:wrapPolygon>
                </wp:wrapTight>
                <wp:docPr id="6171682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716822" name="Picture 617168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781" cy="7071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80" w:type="dxa"/>
        </w:tcPr>
        <w:p w14:paraId="3B2393A4" w14:textId="6F838157" w:rsidR="68674EB4" w:rsidRDefault="68674EB4" w:rsidP="68674EB4">
          <w:pPr>
            <w:pStyle w:val="Yltunniste"/>
            <w:jc w:val="center"/>
          </w:pPr>
        </w:p>
      </w:tc>
      <w:tc>
        <w:tcPr>
          <w:tcW w:w="2880" w:type="dxa"/>
        </w:tcPr>
        <w:p w14:paraId="6CBAF507" w14:textId="7A0C5E74" w:rsidR="68674EB4" w:rsidRDefault="68674EB4" w:rsidP="68674EB4">
          <w:pPr>
            <w:pStyle w:val="Yltunniste"/>
            <w:ind w:right="-115"/>
            <w:jc w:val="right"/>
          </w:pPr>
        </w:p>
      </w:tc>
    </w:tr>
  </w:tbl>
  <w:p w14:paraId="5A4A7084" w14:textId="169D05E0" w:rsidR="68674EB4" w:rsidRDefault="68674EB4" w:rsidP="68674EB4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6904054">
    <w:abstractNumId w:val="8"/>
  </w:num>
  <w:num w:numId="2" w16cid:durableId="1582906559">
    <w:abstractNumId w:val="6"/>
  </w:num>
  <w:num w:numId="3" w16cid:durableId="2035493718">
    <w:abstractNumId w:val="5"/>
  </w:num>
  <w:num w:numId="4" w16cid:durableId="2053269261">
    <w:abstractNumId w:val="4"/>
  </w:num>
  <w:num w:numId="5" w16cid:durableId="2076932136">
    <w:abstractNumId w:val="7"/>
  </w:num>
  <w:num w:numId="6" w16cid:durableId="513031424">
    <w:abstractNumId w:val="3"/>
  </w:num>
  <w:num w:numId="7" w16cid:durableId="288097270">
    <w:abstractNumId w:val="2"/>
  </w:num>
  <w:num w:numId="8" w16cid:durableId="1705784550">
    <w:abstractNumId w:val="1"/>
  </w:num>
  <w:num w:numId="9" w16cid:durableId="40745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858"/>
    <w:rsid w:val="0006063C"/>
    <w:rsid w:val="0015074B"/>
    <w:rsid w:val="001A3EAA"/>
    <w:rsid w:val="0029639D"/>
    <w:rsid w:val="00326F90"/>
    <w:rsid w:val="00435BAE"/>
    <w:rsid w:val="0060374A"/>
    <w:rsid w:val="006E3DE5"/>
    <w:rsid w:val="007E1AE4"/>
    <w:rsid w:val="009B7AE2"/>
    <w:rsid w:val="00A34EA8"/>
    <w:rsid w:val="00AA1D8D"/>
    <w:rsid w:val="00AC52B8"/>
    <w:rsid w:val="00B47730"/>
    <w:rsid w:val="00B64AA4"/>
    <w:rsid w:val="00CB0664"/>
    <w:rsid w:val="00F00C06"/>
    <w:rsid w:val="00FC693F"/>
    <w:rsid w:val="00FE580A"/>
    <w:rsid w:val="6867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30"/>
  <w15:docId w15:val="{B5E8E513-0334-47FF-9340-74B1265E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C693F"/>
  </w:style>
  <w:style w:type="paragraph" w:styleId="Otsikko1">
    <w:name w:val="heading 1"/>
    <w:basedOn w:val="Normaali"/>
    <w:next w:val="Normaali"/>
    <w:link w:val="Otsikk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18BF"/>
  </w:style>
  <w:style w:type="paragraph" w:styleId="Alatunniste">
    <w:name w:val="footer"/>
    <w:basedOn w:val="Normaali"/>
    <w:link w:val="Ala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18BF"/>
  </w:style>
  <w:style w:type="paragraph" w:styleId="Eivli">
    <w:name w:val="No Spacing"/>
    <w:uiPriority w:val="1"/>
    <w:qFormat/>
    <w:rsid w:val="00FC693F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">
    <w:name w:val="Title"/>
    <w:basedOn w:val="Normaali"/>
    <w:next w:val="Normaali"/>
    <w:link w:val="Otsikk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693F"/>
    <w:pPr>
      <w:ind w:left="720"/>
      <w:contextualSpacing/>
    </w:pPr>
  </w:style>
  <w:style w:type="paragraph" w:styleId="Leipteksti">
    <w:name w:val="Body Text"/>
    <w:basedOn w:val="Normaali"/>
    <w:link w:val="LeiptekstiChar"/>
    <w:uiPriority w:val="99"/>
    <w:unhideWhenUsed/>
    <w:rsid w:val="00AA1D8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A1D8D"/>
  </w:style>
  <w:style w:type="paragraph" w:styleId="Leipteksti2">
    <w:name w:val="Body Text 2"/>
    <w:basedOn w:val="Normaali"/>
    <w:link w:val="Leipteksti2Char"/>
    <w:uiPriority w:val="99"/>
    <w:unhideWhenUsed/>
    <w:rsid w:val="00AA1D8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AA1D8D"/>
  </w:style>
  <w:style w:type="paragraph" w:styleId="Leipteksti3">
    <w:name w:val="Body Text 3"/>
    <w:basedOn w:val="Normaali"/>
    <w:link w:val="Leiptekst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AA1D8D"/>
    <w:rPr>
      <w:sz w:val="16"/>
      <w:szCs w:val="16"/>
    </w:rPr>
  </w:style>
  <w:style w:type="paragraph" w:styleId="Luettelo">
    <w:name w:val="List"/>
    <w:basedOn w:val="Normaali"/>
    <w:uiPriority w:val="99"/>
    <w:unhideWhenUsed/>
    <w:rsid w:val="00AA1D8D"/>
    <w:pPr>
      <w:ind w:left="360" w:hanging="360"/>
      <w:contextualSpacing/>
    </w:pPr>
  </w:style>
  <w:style w:type="paragraph" w:styleId="Luettelo2">
    <w:name w:val="List 2"/>
    <w:basedOn w:val="Normaali"/>
    <w:uiPriority w:val="99"/>
    <w:unhideWhenUsed/>
    <w:rsid w:val="00326F90"/>
    <w:pPr>
      <w:ind w:left="720" w:hanging="360"/>
      <w:contextualSpacing/>
    </w:pPr>
  </w:style>
  <w:style w:type="paragraph" w:styleId="Luettelo3">
    <w:name w:val="List 3"/>
    <w:basedOn w:val="Normaali"/>
    <w:uiPriority w:val="99"/>
    <w:unhideWhenUsed/>
    <w:rsid w:val="00326F90"/>
    <w:pPr>
      <w:ind w:left="1080" w:hanging="360"/>
      <w:contextualSpacing/>
    </w:pPr>
  </w:style>
  <w:style w:type="paragraph" w:styleId="Merkittyluettelo">
    <w:name w:val="List Bullet"/>
    <w:basedOn w:val="Normaali"/>
    <w:uiPriority w:val="99"/>
    <w:unhideWhenUsed/>
    <w:rsid w:val="00326F90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unhideWhenUsed/>
    <w:rsid w:val="00326F90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unhideWhenUsed/>
    <w:rsid w:val="00326F90"/>
    <w:pPr>
      <w:numPr>
        <w:numId w:val="3"/>
      </w:numPr>
      <w:contextualSpacing/>
    </w:pPr>
  </w:style>
  <w:style w:type="paragraph" w:styleId="Numeroituluettelo">
    <w:name w:val="List Number"/>
    <w:basedOn w:val="Normaali"/>
    <w:uiPriority w:val="99"/>
    <w:unhideWhenUsed/>
    <w:rsid w:val="00326F90"/>
    <w:pPr>
      <w:numPr>
        <w:numId w:val="5"/>
      </w:numPr>
      <w:contextualSpacing/>
    </w:pPr>
  </w:style>
  <w:style w:type="paragraph" w:styleId="Numeroituluettelo2">
    <w:name w:val="List Number 2"/>
    <w:basedOn w:val="Normaali"/>
    <w:uiPriority w:val="99"/>
    <w:unhideWhenUsed/>
    <w:rsid w:val="0029639D"/>
    <w:pPr>
      <w:numPr>
        <w:numId w:val="6"/>
      </w:numPr>
      <w:contextualSpacing/>
    </w:pPr>
  </w:style>
  <w:style w:type="paragraph" w:styleId="Numeroituluettelo3">
    <w:name w:val="List Number 3"/>
    <w:basedOn w:val="Normaali"/>
    <w:uiPriority w:val="99"/>
    <w:unhideWhenUsed/>
    <w:rsid w:val="0029639D"/>
    <w:pPr>
      <w:numPr>
        <w:numId w:val="7"/>
      </w:numPr>
      <w:contextualSpacing/>
    </w:pPr>
  </w:style>
  <w:style w:type="paragraph" w:styleId="Jatkoluettelo">
    <w:name w:val="List Continue"/>
    <w:basedOn w:val="Normaali"/>
    <w:uiPriority w:val="99"/>
    <w:unhideWhenUsed/>
    <w:rsid w:val="0029639D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unhideWhenUsed/>
    <w:rsid w:val="0029639D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unhideWhenUsed/>
    <w:rsid w:val="0029639D"/>
    <w:pPr>
      <w:spacing w:after="120"/>
      <w:ind w:left="1080"/>
      <w:contextualSpacing/>
    </w:pPr>
  </w:style>
  <w:style w:type="paragraph" w:styleId="Makroteksti">
    <w:name w:val="macro"/>
    <w:link w:val="Makrotekst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rsid w:val="0029639D"/>
    <w:rPr>
      <w:rFonts w:ascii="Courier" w:hAnsi="Courier"/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FC693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FC693F"/>
    <w:rPr>
      <w:i/>
      <w:iCs/>
      <w:color w:val="000000" w:themeColor="tex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oimakas">
    <w:name w:val="Strong"/>
    <w:basedOn w:val="Kappaleenoletusfontti"/>
    <w:uiPriority w:val="22"/>
    <w:qFormat/>
    <w:rsid w:val="00FC693F"/>
    <w:rPr>
      <w:b/>
      <w:bCs/>
    </w:rPr>
  </w:style>
  <w:style w:type="character" w:styleId="Korostus">
    <w:name w:val="Emphasis"/>
    <w:basedOn w:val="Kappaleenoletusfontti"/>
    <w:uiPriority w:val="20"/>
    <w:qFormat/>
    <w:rsid w:val="00FC693F"/>
    <w:rPr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C693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9"/>
    <w:qFormat/>
    <w:rsid w:val="00FC693F"/>
    <w:rPr>
      <w:i/>
      <w:iCs/>
      <w:color w:val="808080" w:themeColor="text1" w:themeTint="7F"/>
    </w:rPr>
  </w:style>
  <w:style w:type="character" w:styleId="Voimakaskorostus">
    <w:name w:val="Intense Emphasis"/>
    <w:basedOn w:val="Kappaleenoletusfontti"/>
    <w:uiPriority w:val="21"/>
    <w:qFormat/>
    <w:rsid w:val="00FC693F"/>
    <w:rPr>
      <w:b/>
      <w:bCs/>
      <w:i/>
      <w:iCs/>
      <w:color w:val="4F81BD" w:themeColor="accent1"/>
    </w:rPr>
  </w:style>
  <w:style w:type="character" w:styleId="Hienovarainenviittaus">
    <w:name w:val="Subtle Reference"/>
    <w:basedOn w:val="Kappaleenoletusfontti"/>
    <w:uiPriority w:val="31"/>
    <w:qFormat/>
    <w:rsid w:val="00FC693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FC693F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C693F"/>
    <w:pPr>
      <w:outlineLvl w:val="9"/>
    </w:pPr>
  </w:style>
  <w:style w:type="table" w:styleId="TaulukkoRuudukko">
    <w:name w:val="Table Grid"/>
    <w:basedOn w:val="Normaalitaulukk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varjostus">
    <w:name w:val="Light Shading"/>
    <w:basedOn w:val="Normaalitaulukk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aalealuettelo">
    <w:name w:val="Light List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ruudukko">
    <w:name w:val="Light Grid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Normaalivarjostus1">
    <w:name w:val="Medium Shading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luettelo1">
    <w:name w:val="Medium Lis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maluettelo">
    <w:name w:val="Dark List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iksvarjostus">
    <w:name w:val="Colorful Shading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luettelo">
    <w:name w:val="Colorful List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">
    <w:name w:val="Colorful Grid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ikkamerkkiteksti">
    <w:name w:val="Placeholder Text"/>
    <w:basedOn w:val="Kappaleenoletusfontti"/>
    <w:uiPriority w:val="99"/>
    <w:semiHidden/>
    <w:rsid w:val="00F00C06"/>
    <w:rPr>
      <w:color w:val="666666"/>
    </w:rPr>
  </w:style>
  <w:style w:type="paragraph" w:styleId="Muutos">
    <w:name w:val="Revision"/>
    <w:hidden/>
    <w:uiPriority w:val="99"/>
    <w:semiHidden/>
    <w:rsid w:val="000568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Satosaari Sanna</dc:creator>
  <cp:keywords/>
  <dc:description>generated by python-docx</dc:description>
  <cp:lastModifiedBy>Satosaari Sanna</cp:lastModifiedBy>
  <cp:revision>5</cp:revision>
  <dcterms:created xsi:type="dcterms:W3CDTF">2026-08-06T11:19:00Z</dcterms:created>
  <dcterms:modified xsi:type="dcterms:W3CDTF">2026-08-06T11:26:00Z</dcterms:modified>
  <cp:category/>
</cp:coreProperties>
</file>