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AFA4F" w14:textId="77777777" w:rsidR="00A276DE" w:rsidRPr="005F446C" w:rsidRDefault="000A6732">
      <w:pPr>
        <w:pStyle w:val="Otsikko"/>
        <w:rPr>
          <w:lang w:val="fi-FI"/>
        </w:rPr>
      </w:pPr>
      <w:proofErr w:type="spellStart"/>
      <w:r w:rsidRPr="005F446C">
        <w:rPr>
          <w:lang w:val="fi-FI"/>
        </w:rPr>
        <w:t>YTOjen</w:t>
      </w:r>
      <w:proofErr w:type="spellEnd"/>
      <w:r w:rsidRPr="005F446C">
        <w:rPr>
          <w:lang w:val="fi-FI"/>
        </w:rPr>
        <w:t xml:space="preserve"> suoritusaikataulu</w:t>
      </w:r>
    </w:p>
    <w:p w14:paraId="61617978" w14:textId="77777777" w:rsidR="00A276DE" w:rsidRPr="005F446C" w:rsidRDefault="000A6732">
      <w:pPr>
        <w:rPr>
          <w:lang w:val="fi-FI"/>
        </w:rPr>
      </w:pPr>
      <w:r w:rsidRPr="005F446C">
        <w:rPr>
          <w:sz w:val="20"/>
          <w:lang w:val="fi-FI"/>
        </w:rPr>
        <w:t>Opiskelija: ____________________________________   Ryhmä: __________________   Suunnitelman päiväys: ______________</w:t>
      </w:r>
    </w:p>
    <w:p w14:paraId="4071E075" w14:textId="77777777" w:rsidR="00A276DE" w:rsidRDefault="000A6732">
      <w:pPr>
        <w:pStyle w:val="Otsikko1"/>
      </w:pPr>
      <w:proofErr w:type="spellStart"/>
      <w:r>
        <w:t>Pakolliset</w:t>
      </w:r>
      <w:proofErr w:type="spellEnd"/>
      <w:r>
        <w:t xml:space="preserve"> </w:t>
      </w:r>
      <w:proofErr w:type="spellStart"/>
      <w:r>
        <w:t>YTOt</w:t>
      </w:r>
      <w:proofErr w:type="spellEnd"/>
      <w:r>
        <w:t xml:space="preserve"> · 26 osp</w:t>
      </w:r>
    </w:p>
    <w:tbl>
      <w:tblPr>
        <w:tblStyle w:val="TaulukkoRuudukko"/>
        <w:tblW w:w="0" w:type="auto"/>
        <w:tblLayout w:type="fixed"/>
        <w:tblLook w:val="04A0" w:firstRow="1" w:lastRow="0" w:firstColumn="1" w:lastColumn="0" w:noHBand="0" w:noVBand="1"/>
      </w:tblPr>
      <w:tblGrid>
        <w:gridCol w:w="5658"/>
        <w:gridCol w:w="453"/>
        <w:gridCol w:w="1297"/>
        <w:gridCol w:w="3121"/>
        <w:gridCol w:w="1664"/>
        <w:gridCol w:w="1816"/>
        <w:gridCol w:w="1300"/>
      </w:tblGrid>
      <w:tr w:rsidR="00A276DE" w14:paraId="0E024783" w14:textId="77777777" w:rsidTr="003515C3">
        <w:trPr>
          <w:cantSplit/>
          <w:trHeight w:val="431"/>
          <w:tblHeader/>
        </w:trPr>
        <w:tc>
          <w:tcPr>
            <w:tcW w:w="5658" w:type="dxa"/>
            <w:shd w:val="clear" w:color="auto" w:fill="DFEBEE"/>
            <w:tcMar>
              <w:top w:w="55" w:type="dxa"/>
              <w:left w:w="55" w:type="dxa"/>
              <w:bottom w:w="55" w:type="dxa"/>
              <w:right w:w="55" w:type="dxa"/>
            </w:tcMar>
            <w:vAlign w:val="center"/>
          </w:tcPr>
          <w:p w14:paraId="6BBCAFC2" w14:textId="77777777" w:rsidR="00A276DE" w:rsidRDefault="000A6732">
            <w:pPr>
              <w:spacing w:after="0"/>
            </w:pPr>
            <w:r>
              <w:rPr>
                <w:b/>
                <w:sz w:val="17"/>
              </w:rPr>
              <w:t>YTO-</w:t>
            </w:r>
            <w:proofErr w:type="spellStart"/>
            <w:r>
              <w:rPr>
                <w:b/>
                <w:sz w:val="17"/>
              </w:rPr>
              <w:t>osa</w:t>
            </w:r>
            <w:proofErr w:type="spellEnd"/>
            <w:r>
              <w:rPr>
                <w:b/>
                <w:sz w:val="17"/>
              </w:rPr>
              <w:t>-</w:t>
            </w:r>
            <w:proofErr w:type="spellStart"/>
            <w:r>
              <w:rPr>
                <w:b/>
                <w:sz w:val="17"/>
              </w:rPr>
              <w:t>alue</w:t>
            </w:r>
            <w:proofErr w:type="spellEnd"/>
          </w:p>
        </w:tc>
        <w:tc>
          <w:tcPr>
            <w:tcW w:w="453" w:type="dxa"/>
            <w:shd w:val="clear" w:color="auto" w:fill="DFEBEE"/>
            <w:tcMar>
              <w:top w:w="55" w:type="dxa"/>
              <w:left w:w="55" w:type="dxa"/>
              <w:bottom w:w="55" w:type="dxa"/>
              <w:right w:w="55" w:type="dxa"/>
            </w:tcMar>
            <w:vAlign w:val="center"/>
          </w:tcPr>
          <w:p w14:paraId="40AF9BB7" w14:textId="77777777" w:rsidR="00A276DE" w:rsidRDefault="000A6732">
            <w:pPr>
              <w:spacing w:after="0"/>
            </w:pPr>
            <w:r>
              <w:rPr>
                <w:b/>
                <w:sz w:val="17"/>
              </w:rPr>
              <w:t>osp</w:t>
            </w:r>
          </w:p>
        </w:tc>
        <w:tc>
          <w:tcPr>
            <w:tcW w:w="1297" w:type="dxa"/>
            <w:shd w:val="clear" w:color="auto" w:fill="DFEBEE"/>
            <w:tcMar>
              <w:top w:w="55" w:type="dxa"/>
              <w:left w:w="55" w:type="dxa"/>
              <w:bottom w:w="55" w:type="dxa"/>
              <w:right w:w="55" w:type="dxa"/>
            </w:tcMar>
            <w:vAlign w:val="center"/>
          </w:tcPr>
          <w:p w14:paraId="2BF5873C" w14:textId="77777777" w:rsidR="00A276DE" w:rsidRDefault="000A6732">
            <w:pPr>
              <w:spacing w:after="0"/>
            </w:pPr>
            <w:r>
              <w:rPr>
                <w:b/>
                <w:sz w:val="17"/>
              </w:rPr>
              <w:t>Suoritustapa</w:t>
            </w:r>
          </w:p>
        </w:tc>
        <w:tc>
          <w:tcPr>
            <w:tcW w:w="3121" w:type="dxa"/>
            <w:shd w:val="clear" w:color="auto" w:fill="DFEBEE"/>
            <w:tcMar>
              <w:top w:w="55" w:type="dxa"/>
              <w:left w:w="55" w:type="dxa"/>
              <w:bottom w:w="55" w:type="dxa"/>
              <w:right w:w="55" w:type="dxa"/>
            </w:tcMar>
            <w:vAlign w:val="center"/>
          </w:tcPr>
          <w:p w14:paraId="0551D4C7" w14:textId="77777777" w:rsidR="00A276DE" w:rsidRDefault="000A6732">
            <w:pPr>
              <w:spacing w:after="0"/>
            </w:pPr>
            <w:r>
              <w:rPr>
                <w:b/>
                <w:sz w:val="17"/>
              </w:rPr>
              <w:t>Opettajan nimi</w:t>
            </w:r>
          </w:p>
        </w:tc>
        <w:tc>
          <w:tcPr>
            <w:tcW w:w="1664" w:type="dxa"/>
            <w:shd w:val="clear" w:color="auto" w:fill="DFEBEE"/>
            <w:tcMar>
              <w:top w:w="55" w:type="dxa"/>
              <w:left w:w="55" w:type="dxa"/>
              <w:bottom w:w="55" w:type="dxa"/>
              <w:right w:w="55" w:type="dxa"/>
            </w:tcMar>
            <w:vAlign w:val="center"/>
          </w:tcPr>
          <w:p w14:paraId="2F5C90D0" w14:textId="77777777" w:rsidR="00A276DE" w:rsidRDefault="000A6732">
            <w:pPr>
              <w:spacing w:after="0"/>
            </w:pPr>
            <w:r>
              <w:rPr>
                <w:b/>
                <w:sz w:val="17"/>
              </w:rPr>
              <w:t>Tavoite:</w:t>
            </w:r>
            <w:r>
              <w:rPr>
                <w:b/>
                <w:sz w:val="17"/>
              </w:rPr>
              <w:br/>
              <w:t>valmis pvm</w:t>
            </w:r>
          </w:p>
        </w:tc>
        <w:tc>
          <w:tcPr>
            <w:tcW w:w="1816" w:type="dxa"/>
            <w:shd w:val="clear" w:color="auto" w:fill="DFEBEE"/>
            <w:tcMar>
              <w:top w:w="55" w:type="dxa"/>
              <w:left w:w="55" w:type="dxa"/>
              <w:bottom w:w="55" w:type="dxa"/>
              <w:right w:w="55" w:type="dxa"/>
            </w:tcMar>
            <w:vAlign w:val="center"/>
          </w:tcPr>
          <w:p w14:paraId="0D2C5016" w14:textId="77777777" w:rsidR="00A276DE" w:rsidRDefault="000A6732">
            <w:pPr>
              <w:spacing w:after="0"/>
            </w:pPr>
            <w:r>
              <w:rPr>
                <w:b/>
                <w:sz w:val="17"/>
              </w:rPr>
              <w:t>Tentti / arviointi</w:t>
            </w:r>
            <w:r>
              <w:rPr>
                <w:b/>
                <w:sz w:val="17"/>
              </w:rPr>
              <w:br/>
              <w:t>pvm¹</w:t>
            </w:r>
          </w:p>
        </w:tc>
        <w:tc>
          <w:tcPr>
            <w:tcW w:w="1300" w:type="dxa"/>
            <w:shd w:val="clear" w:color="auto" w:fill="DFEBEE"/>
            <w:tcMar>
              <w:top w:w="55" w:type="dxa"/>
              <w:left w:w="55" w:type="dxa"/>
              <w:bottom w:w="55" w:type="dxa"/>
              <w:right w:w="55" w:type="dxa"/>
            </w:tcMar>
            <w:vAlign w:val="center"/>
          </w:tcPr>
          <w:p w14:paraId="78090B45" w14:textId="77777777" w:rsidR="00A276DE" w:rsidRDefault="000A6732">
            <w:pPr>
              <w:spacing w:after="0"/>
            </w:pPr>
            <w:r>
              <w:rPr>
                <w:b/>
                <w:sz w:val="17"/>
              </w:rPr>
              <w:t>Suoritettu</w:t>
            </w:r>
            <w:r>
              <w:rPr>
                <w:b/>
                <w:sz w:val="17"/>
              </w:rPr>
              <w:br/>
              <w:t>pvm</w:t>
            </w:r>
          </w:p>
        </w:tc>
      </w:tr>
      <w:tr w:rsidR="00A276DE" w14:paraId="65ECC17E" w14:textId="77777777" w:rsidTr="003515C3">
        <w:trPr>
          <w:cantSplit/>
          <w:trHeight w:val="364"/>
        </w:trPr>
        <w:tc>
          <w:tcPr>
            <w:tcW w:w="5658" w:type="dxa"/>
            <w:tcMar>
              <w:top w:w="55" w:type="dxa"/>
              <w:left w:w="55" w:type="dxa"/>
              <w:bottom w:w="55" w:type="dxa"/>
              <w:right w:w="55" w:type="dxa"/>
            </w:tcMar>
            <w:vAlign w:val="center"/>
          </w:tcPr>
          <w:p w14:paraId="087E205E" w14:textId="77777777" w:rsidR="00A276DE" w:rsidRPr="005F446C" w:rsidRDefault="000A6732">
            <w:pPr>
              <w:spacing w:after="0"/>
              <w:rPr>
                <w:lang w:val="fi-FI"/>
              </w:rPr>
            </w:pPr>
            <w:r w:rsidRPr="005F446C">
              <w:rPr>
                <w:sz w:val="17"/>
                <w:lang w:val="fi-FI"/>
              </w:rPr>
              <w:t>Viestintä ja vuorovaikutus äidinkielellä: suomi tai suomi toisena kielenä</w:t>
            </w:r>
          </w:p>
        </w:tc>
        <w:tc>
          <w:tcPr>
            <w:tcW w:w="453" w:type="dxa"/>
            <w:tcMar>
              <w:top w:w="55" w:type="dxa"/>
              <w:left w:w="55" w:type="dxa"/>
              <w:bottom w:w="55" w:type="dxa"/>
              <w:right w:w="55" w:type="dxa"/>
            </w:tcMar>
            <w:vAlign w:val="center"/>
          </w:tcPr>
          <w:p w14:paraId="69AC7D54" w14:textId="77777777" w:rsidR="00A276DE" w:rsidRDefault="000A6732">
            <w:pPr>
              <w:spacing w:after="0"/>
            </w:pPr>
            <w:r>
              <w:rPr>
                <w:sz w:val="17"/>
              </w:rPr>
              <w:t>4</w:t>
            </w:r>
          </w:p>
        </w:tc>
        <w:tc>
          <w:tcPr>
            <w:tcW w:w="1297" w:type="dxa"/>
            <w:tcMar>
              <w:top w:w="55" w:type="dxa"/>
              <w:left w:w="55" w:type="dxa"/>
              <w:bottom w:w="55" w:type="dxa"/>
              <w:right w:w="55" w:type="dxa"/>
            </w:tcMar>
            <w:vAlign w:val="center"/>
          </w:tcPr>
          <w:p w14:paraId="1950EEC9" w14:textId="77777777" w:rsidR="00A276DE" w:rsidRDefault="000A6732">
            <w:pPr>
              <w:spacing w:after="0"/>
            </w:pPr>
            <w:r>
              <w:rPr>
                <w:sz w:val="17"/>
              </w:rPr>
              <w:t>2</w:t>
            </w:r>
          </w:p>
        </w:tc>
        <w:tc>
          <w:tcPr>
            <w:tcW w:w="3121" w:type="dxa"/>
            <w:tcMar>
              <w:top w:w="55" w:type="dxa"/>
              <w:left w:w="55" w:type="dxa"/>
              <w:bottom w:w="55" w:type="dxa"/>
              <w:right w:w="55" w:type="dxa"/>
            </w:tcMar>
            <w:vAlign w:val="center"/>
          </w:tcPr>
          <w:p w14:paraId="50E564BE" w14:textId="77777777" w:rsidR="00A276DE" w:rsidRDefault="00A276DE">
            <w:pPr>
              <w:spacing w:after="0"/>
            </w:pPr>
          </w:p>
        </w:tc>
        <w:tc>
          <w:tcPr>
            <w:tcW w:w="1664" w:type="dxa"/>
            <w:tcMar>
              <w:top w:w="55" w:type="dxa"/>
              <w:left w:w="55" w:type="dxa"/>
              <w:bottom w:w="55" w:type="dxa"/>
              <w:right w:w="55" w:type="dxa"/>
            </w:tcMar>
            <w:vAlign w:val="center"/>
          </w:tcPr>
          <w:p w14:paraId="0B56B10E" w14:textId="77777777" w:rsidR="00A276DE" w:rsidRDefault="00A276DE">
            <w:pPr>
              <w:spacing w:after="0"/>
            </w:pPr>
          </w:p>
        </w:tc>
        <w:tc>
          <w:tcPr>
            <w:tcW w:w="1816" w:type="dxa"/>
            <w:tcMar>
              <w:top w:w="55" w:type="dxa"/>
              <w:left w:w="55" w:type="dxa"/>
              <w:bottom w:w="55" w:type="dxa"/>
              <w:right w:w="55" w:type="dxa"/>
            </w:tcMar>
            <w:vAlign w:val="center"/>
          </w:tcPr>
          <w:p w14:paraId="17D32C5F" w14:textId="77777777" w:rsidR="00A276DE" w:rsidRDefault="00A276DE">
            <w:pPr>
              <w:spacing w:after="0"/>
            </w:pPr>
          </w:p>
        </w:tc>
        <w:tc>
          <w:tcPr>
            <w:tcW w:w="1300" w:type="dxa"/>
            <w:tcMar>
              <w:top w:w="55" w:type="dxa"/>
              <w:left w:w="55" w:type="dxa"/>
              <w:bottom w:w="55" w:type="dxa"/>
              <w:right w:w="55" w:type="dxa"/>
            </w:tcMar>
            <w:vAlign w:val="center"/>
          </w:tcPr>
          <w:p w14:paraId="1B59FA87" w14:textId="77777777" w:rsidR="00A276DE" w:rsidRDefault="00A276DE">
            <w:pPr>
              <w:spacing w:after="0"/>
            </w:pPr>
          </w:p>
        </w:tc>
      </w:tr>
      <w:tr w:rsidR="00A276DE" w14:paraId="16F592D0" w14:textId="77777777" w:rsidTr="003515C3">
        <w:trPr>
          <w:cantSplit/>
          <w:trHeight w:val="364"/>
        </w:trPr>
        <w:tc>
          <w:tcPr>
            <w:tcW w:w="5658" w:type="dxa"/>
            <w:tcMar>
              <w:top w:w="55" w:type="dxa"/>
              <w:left w:w="55" w:type="dxa"/>
              <w:bottom w:w="55" w:type="dxa"/>
              <w:right w:w="55" w:type="dxa"/>
            </w:tcMar>
            <w:vAlign w:val="center"/>
          </w:tcPr>
          <w:p w14:paraId="46C7DE4F" w14:textId="77777777" w:rsidR="00A276DE" w:rsidRPr="005F446C" w:rsidRDefault="000A6732">
            <w:pPr>
              <w:spacing w:after="0"/>
              <w:rPr>
                <w:lang w:val="fi-FI"/>
              </w:rPr>
            </w:pPr>
            <w:r w:rsidRPr="005F446C">
              <w:rPr>
                <w:sz w:val="17"/>
                <w:lang w:val="fi-FI"/>
              </w:rPr>
              <w:t>Viestintä ja vuorovaikutus toisella kotimaisella kielellä: ruotsi</w:t>
            </w:r>
          </w:p>
        </w:tc>
        <w:tc>
          <w:tcPr>
            <w:tcW w:w="453" w:type="dxa"/>
            <w:tcMar>
              <w:top w:w="55" w:type="dxa"/>
              <w:left w:w="55" w:type="dxa"/>
              <w:bottom w:w="55" w:type="dxa"/>
              <w:right w:w="55" w:type="dxa"/>
            </w:tcMar>
            <w:vAlign w:val="center"/>
          </w:tcPr>
          <w:p w14:paraId="7CA846E0" w14:textId="77777777" w:rsidR="00A276DE" w:rsidRDefault="000A6732">
            <w:pPr>
              <w:spacing w:after="0"/>
            </w:pPr>
            <w:r>
              <w:rPr>
                <w:sz w:val="17"/>
              </w:rPr>
              <w:t>1</w:t>
            </w:r>
          </w:p>
        </w:tc>
        <w:tc>
          <w:tcPr>
            <w:tcW w:w="1297" w:type="dxa"/>
            <w:tcMar>
              <w:top w:w="55" w:type="dxa"/>
              <w:left w:w="55" w:type="dxa"/>
              <w:bottom w:w="55" w:type="dxa"/>
              <w:right w:w="55" w:type="dxa"/>
            </w:tcMar>
            <w:vAlign w:val="center"/>
          </w:tcPr>
          <w:p w14:paraId="5EB3F8D5" w14:textId="77777777" w:rsidR="00A276DE" w:rsidRDefault="000A6732">
            <w:pPr>
              <w:spacing w:after="0"/>
            </w:pPr>
            <w:r>
              <w:rPr>
                <w:sz w:val="17"/>
              </w:rPr>
              <w:t>2 + suullinen</w:t>
            </w:r>
          </w:p>
        </w:tc>
        <w:tc>
          <w:tcPr>
            <w:tcW w:w="3121" w:type="dxa"/>
            <w:tcMar>
              <w:top w:w="55" w:type="dxa"/>
              <w:left w:w="55" w:type="dxa"/>
              <w:bottom w:w="55" w:type="dxa"/>
              <w:right w:w="55" w:type="dxa"/>
            </w:tcMar>
            <w:vAlign w:val="center"/>
          </w:tcPr>
          <w:p w14:paraId="395DEE27" w14:textId="77777777" w:rsidR="00A276DE" w:rsidRDefault="00A276DE">
            <w:pPr>
              <w:spacing w:after="0"/>
            </w:pPr>
          </w:p>
        </w:tc>
        <w:tc>
          <w:tcPr>
            <w:tcW w:w="1664" w:type="dxa"/>
            <w:tcMar>
              <w:top w:w="55" w:type="dxa"/>
              <w:left w:w="55" w:type="dxa"/>
              <w:bottom w:w="55" w:type="dxa"/>
              <w:right w:w="55" w:type="dxa"/>
            </w:tcMar>
            <w:vAlign w:val="center"/>
          </w:tcPr>
          <w:p w14:paraId="638621C9" w14:textId="77777777" w:rsidR="00A276DE" w:rsidRDefault="00A276DE">
            <w:pPr>
              <w:spacing w:after="0"/>
            </w:pPr>
          </w:p>
        </w:tc>
        <w:tc>
          <w:tcPr>
            <w:tcW w:w="1816" w:type="dxa"/>
            <w:tcMar>
              <w:top w:w="55" w:type="dxa"/>
              <w:left w:w="55" w:type="dxa"/>
              <w:bottom w:w="55" w:type="dxa"/>
              <w:right w:w="55" w:type="dxa"/>
            </w:tcMar>
            <w:vAlign w:val="center"/>
          </w:tcPr>
          <w:p w14:paraId="2BCB1122" w14:textId="77777777" w:rsidR="00A276DE" w:rsidRDefault="00A276DE">
            <w:pPr>
              <w:spacing w:after="0"/>
            </w:pPr>
          </w:p>
        </w:tc>
        <w:tc>
          <w:tcPr>
            <w:tcW w:w="1300" w:type="dxa"/>
            <w:tcMar>
              <w:top w:w="55" w:type="dxa"/>
              <w:left w:w="55" w:type="dxa"/>
              <w:bottom w:w="55" w:type="dxa"/>
              <w:right w:w="55" w:type="dxa"/>
            </w:tcMar>
            <w:vAlign w:val="center"/>
          </w:tcPr>
          <w:p w14:paraId="285D1B85" w14:textId="77777777" w:rsidR="00A276DE" w:rsidRDefault="00A276DE">
            <w:pPr>
              <w:spacing w:after="0"/>
            </w:pPr>
          </w:p>
        </w:tc>
      </w:tr>
      <w:tr w:rsidR="00A276DE" w14:paraId="75E76440" w14:textId="77777777" w:rsidTr="003515C3">
        <w:trPr>
          <w:cantSplit/>
          <w:trHeight w:val="364"/>
        </w:trPr>
        <w:tc>
          <w:tcPr>
            <w:tcW w:w="5658" w:type="dxa"/>
            <w:tcMar>
              <w:top w:w="55" w:type="dxa"/>
              <w:left w:w="55" w:type="dxa"/>
              <w:bottom w:w="55" w:type="dxa"/>
              <w:right w:w="55" w:type="dxa"/>
            </w:tcMar>
            <w:vAlign w:val="center"/>
          </w:tcPr>
          <w:p w14:paraId="660DF2B4" w14:textId="77777777" w:rsidR="00A276DE" w:rsidRPr="005F446C" w:rsidRDefault="000A6732">
            <w:pPr>
              <w:spacing w:after="0"/>
              <w:rPr>
                <w:lang w:val="fi-FI"/>
              </w:rPr>
            </w:pPr>
            <w:r w:rsidRPr="005F446C">
              <w:rPr>
                <w:sz w:val="17"/>
                <w:lang w:val="fi-FI"/>
              </w:rPr>
              <w:t>Viestintä ja vuorovaikutus vieraalla kielellä: englanti</w:t>
            </w:r>
          </w:p>
        </w:tc>
        <w:tc>
          <w:tcPr>
            <w:tcW w:w="453" w:type="dxa"/>
            <w:tcMar>
              <w:top w:w="55" w:type="dxa"/>
              <w:left w:w="55" w:type="dxa"/>
              <w:bottom w:w="55" w:type="dxa"/>
              <w:right w:w="55" w:type="dxa"/>
            </w:tcMar>
            <w:vAlign w:val="center"/>
          </w:tcPr>
          <w:p w14:paraId="4024C59F" w14:textId="77777777" w:rsidR="00A276DE" w:rsidRDefault="000A6732">
            <w:pPr>
              <w:spacing w:after="0"/>
            </w:pPr>
            <w:r>
              <w:rPr>
                <w:sz w:val="17"/>
              </w:rPr>
              <w:t>3</w:t>
            </w:r>
          </w:p>
        </w:tc>
        <w:tc>
          <w:tcPr>
            <w:tcW w:w="1297" w:type="dxa"/>
            <w:tcMar>
              <w:top w:w="55" w:type="dxa"/>
              <w:left w:w="55" w:type="dxa"/>
              <w:bottom w:w="55" w:type="dxa"/>
              <w:right w:w="55" w:type="dxa"/>
            </w:tcMar>
            <w:vAlign w:val="center"/>
          </w:tcPr>
          <w:p w14:paraId="5DBE439F" w14:textId="77777777" w:rsidR="00A276DE" w:rsidRDefault="000A6732">
            <w:pPr>
              <w:spacing w:after="0"/>
            </w:pPr>
            <w:r>
              <w:rPr>
                <w:sz w:val="17"/>
              </w:rPr>
              <w:t>2 + suullinen</w:t>
            </w:r>
          </w:p>
        </w:tc>
        <w:tc>
          <w:tcPr>
            <w:tcW w:w="3121" w:type="dxa"/>
            <w:tcMar>
              <w:top w:w="55" w:type="dxa"/>
              <w:left w:w="55" w:type="dxa"/>
              <w:bottom w:w="55" w:type="dxa"/>
              <w:right w:w="55" w:type="dxa"/>
            </w:tcMar>
            <w:vAlign w:val="center"/>
          </w:tcPr>
          <w:p w14:paraId="673502F3" w14:textId="77777777" w:rsidR="00A276DE" w:rsidRDefault="00A276DE">
            <w:pPr>
              <w:spacing w:after="0"/>
            </w:pPr>
          </w:p>
        </w:tc>
        <w:tc>
          <w:tcPr>
            <w:tcW w:w="1664" w:type="dxa"/>
            <w:tcMar>
              <w:top w:w="55" w:type="dxa"/>
              <w:left w:w="55" w:type="dxa"/>
              <w:bottom w:w="55" w:type="dxa"/>
              <w:right w:w="55" w:type="dxa"/>
            </w:tcMar>
            <w:vAlign w:val="center"/>
          </w:tcPr>
          <w:p w14:paraId="77BF1C76" w14:textId="77777777" w:rsidR="00A276DE" w:rsidRDefault="00A276DE">
            <w:pPr>
              <w:spacing w:after="0"/>
            </w:pPr>
          </w:p>
        </w:tc>
        <w:tc>
          <w:tcPr>
            <w:tcW w:w="1816" w:type="dxa"/>
            <w:tcMar>
              <w:top w:w="55" w:type="dxa"/>
              <w:left w:w="55" w:type="dxa"/>
              <w:bottom w:w="55" w:type="dxa"/>
              <w:right w:w="55" w:type="dxa"/>
            </w:tcMar>
            <w:vAlign w:val="center"/>
          </w:tcPr>
          <w:p w14:paraId="79B3C231" w14:textId="77777777" w:rsidR="00A276DE" w:rsidRDefault="00A276DE">
            <w:pPr>
              <w:spacing w:after="0"/>
            </w:pPr>
          </w:p>
        </w:tc>
        <w:tc>
          <w:tcPr>
            <w:tcW w:w="1300" w:type="dxa"/>
            <w:tcMar>
              <w:top w:w="55" w:type="dxa"/>
              <w:left w:w="55" w:type="dxa"/>
              <w:bottom w:w="55" w:type="dxa"/>
              <w:right w:w="55" w:type="dxa"/>
            </w:tcMar>
            <w:vAlign w:val="center"/>
          </w:tcPr>
          <w:p w14:paraId="002DBE3A" w14:textId="77777777" w:rsidR="00A276DE" w:rsidRDefault="00A276DE">
            <w:pPr>
              <w:spacing w:after="0"/>
            </w:pPr>
          </w:p>
        </w:tc>
      </w:tr>
      <w:tr w:rsidR="00A276DE" w14:paraId="263B9D1C" w14:textId="77777777" w:rsidTr="003515C3">
        <w:trPr>
          <w:cantSplit/>
          <w:trHeight w:val="364"/>
        </w:trPr>
        <w:tc>
          <w:tcPr>
            <w:tcW w:w="5658" w:type="dxa"/>
            <w:tcMar>
              <w:top w:w="55" w:type="dxa"/>
              <w:left w:w="55" w:type="dxa"/>
              <w:bottom w:w="55" w:type="dxa"/>
              <w:right w:w="55" w:type="dxa"/>
            </w:tcMar>
            <w:vAlign w:val="center"/>
          </w:tcPr>
          <w:p w14:paraId="48FDD965" w14:textId="77777777" w:rsidR="00A276DE" w:rsidRDefault="000A6732">
            <w:pPr>
              <w:spacing w:after="0"/>
            </w:pPr>
            <w:r>
              <w:rPr>
                <w:sz w:val="17"/>
              </w:rPr>
              <w:t>Toiminta digitaalisessa ympäristössä</w:t>
            </w:r>
          </w:p>
        </w:tc>
        <w:tc>
          <w:tcPr>
            <w:tcW w:w="453" w:type="dxa"/>
            <w:tcMar>
              <w:top w:w="55" w:type="dxa"/>
              <w:left w:w="55" w:type="dxa"/>
              <w:bottom w:w="55" w:type="dxa"/>
              <w:right w:w="55" w:type="dxa"/>
            </w:tcMar>
            <w:vAlign w:val="center"/>
          </w:tcPr>
          <w:p w14:paraId="4D89E05E" w14:textId="77777777" w:rsidR="00A276DE" w:rsidRDefault="000A6732">
            <w:pPr>
              <w:spacing w:after="0"/>
            </w:pPr>
            <w:r>
              <w:rPr>
                <w:sz w:val="17"/>
              </w:rPr>
              <w:t>2</w:t>
            </w:r>
          </w:p>
        </w:tc>
        <w:tc>
          <w:tcPr>
            <w:tcW w:w="1297" w:type="dxa"/>
            <w:tcMar>
              <w:top w:w="55" w:type="dxa"/>
              <w:left w:w="55" w:type="dxa"/>
              <w:bottom w:w="55" w:type="dxa"/>
              <w:right w:w="55" w:type="dxa"/>
            </w:tcMar>
            <w:vAlign w:val="center"/>
          </w:tcPr>
          <w:p w14:paraId="3D714679" w14:textId="77777777" w:rsidR="00A276DE" w:rsidRDefault="000A6732">
            <w:pPr>
              <w:spacing w:after="0"/>
            </w:pPr>
            <w:r>
              <w:rPr>
                <w:sz w:val="17"/>
              </w:rPr>
              <w:t>2</w:t>
            </w:r>
          </w:p>
        </w:tc>
        <w:tc>
          <w:tcPr>
            <w:tcW w:w="3121" w:type="dxa"/>
            <w:tcMar>
              <w:top w:w="55" w:type="dxa"/>
              <w:left w:w="55" w:type="dxa"/>
              <w:bottom w:w="55" w:type="dxa"/>
              <w:right w:w="55" w:type="dxa"/>
            </w:tcMar>
            <w:vAlign w:val="center"/>
          </w:tcPr>
          <w:p w14:paraId="3DA95F02" w14:textId="77777777" w:rsidR="00A276DE" w:rsidRDefault="00A276DE">
            <w:pPr>
              <w:spacing w:after="0"/>
            </w:pPr>
          </w:p>
        </w:tc>
        <w:tc>
          <w:tcPr>
            <w:tcW w:w="1664" w:type="dxa"/>
            <w:tcMar>
              <w:top w:w="55" w:type="dxa"/>
              <w:left w:w="55" w:type="dxa"/>
              <w:bottom w:w="55" w:type="dxa"/>
              <w:right w:w="55" w:type="dxa"/>
            </w:tcMar>
            <w:vAlign w:val="center"/>
          </w:tcPr>
          <w:p w14:paraId="25AE9B68" w14:textId="77777777" w:rsidR="00A276DE" w:rsidRDefault="00A276DE">
            <w:pPr>
              <w:spacing w:after="0"/>
            </w:pPr>
          </w:p>
        </w:tc>
        <w:tc>
          <w:tcPr>
            <w:tcW w:w="1816" w:type="dxa"/>
            <w:tcMar>
              <w:top w:w="55" w:type="dxa"/>
              <w:left w:w="55" w:type="dxa"/>
              <w:bottom w:w="55" w:type="dxa"/>
              <w:right w:w="55" w:type="dxa"/>
            </w:tcMar>
            <w:vAlign w:val="center"/>
          </w:tcPr>
          <w:p w14:paraId="368CA9CB" w14:textId="77777777" w:rsidR="00A276DE" w:rsidRDefault="00A276DE">
            <w:pPr>
              <w:spacing w:after="0"/>
            </w:pPr>
          </w:p>
        </w:tc>
        <w:tc>
          <w:tcPr>
            <w:tcW w:w="1300" w:type="dxa"/>
            <w:tcMar>
              <w:top w:w="55" w:type="dxa"/>
              <w:left w:w="55" w:type="dxa"/>
              <w:bottom w:w="55" w:type="dxa"/>
              <w:right w:w="55" w:type="dxa"/>
            </w:tcMar>
            <w:vAlign w:val="center"/>
          </w:tcPr>
          <w:p w14:paraId="4D5A8F63" w14:textId="77777777" w:rsidR="00A276DE" w:rsidRDefault="00A276DE">
            <w:pPr>
              <w:spacing w:after="0"/>
            </w:pPr>
          </w:p>
        </w:tc>
      </w:tr>
      <w:tr w:rsidR="00A276DE" w14:paraId="7780931F" w14:textId="77777777" w:rsidTr="003515C3">
        <w:trPr>
          <w:cantSplit/>
          <w:trHeight w:val="364"/>
        </w:trPr>
        <w:tc>
          <w:tcPr>
            <w:tcW w:w="5658" w:type="dxa"/>
            <w:tcMar>
              <w:top w:w="55" w:type="dxa"/>
              <w:left w:w="55" w:type="dxa"/>
              <w:bottom w:w="55" w:type="dxa"/>
              <w:right w:w="55" w:type="dxa"/>
            </w:tcMar>
            <w:vAlign w:val="center"/>
          </w:tcPr>
          <w:p w14:paraId="58071456" w14:textId="77777777" w:rsidR="00A276DE" w:rsidRDefault="000A6732">
            <w:pPr>
              <w:spacing w:after="0"/>
            </w:pPr>
            <w:r>
              <w:rPr>
                <w:sz w:val="17"/>
              </w:rPr>
              <w:t>Taide ja luova ilmaisu</w:t>
            </w:r>
          </w:p>
        </w:tc>
        <w:tc>
          <w:tcPr>
            <w:tcW w:w="453" w:type="dxa"/>
            <w:tcMar>
              <w:top w:w="55" w:type="dxa"/>
              <w:left w:w="55" w:type="dxa"/>
              <w:bottom w:w="55" w:type="dxa"/>
              <w:right w:w="55" w:type="dxa"/>
            </w:tcMar>
            <w:vAlign w:val="center"/>
          </w:tcPr>
          <w:p w14:paraId="22A406ED" w14:textId="77777777" w:rsidR="00A276DE" w:rsidRDefault="000A6732">
            <w:pPr>
              <w:spacing w:after="0"/>
            </w:pPr>
            <w:r>
              <w:rPr>
                <w:sz w:val="17"/>
              </w:rPr>
              <w:t>1</w:t>
            </w:r>
          </w:p>
        </w:tc>
        <w:tc>
          <w:tcPr>
            <w:tcW w:w="1297" w:type="dxa"/>
            <w:tcMar>
              <w:top w:w="55" w:type="dxa"/>
              <w:left w:w="55" w:type="dxa"/>
              <w:bottom w:w="55" w:type="dxa"/>
              <w:right w:w="55" w:type="dxa"/>
            </w:tcMar>
            <w:vAlign w:val="center"/>
          </w:tcPr>
          <w:p w14:paraId="09AA8A38" w14:textId="77777777" w:rsidR="00A276DE" w:rsidRDefault="000A6732">
            <w:pPr>
              <w:spacing w:after="0"/>
            </w:pPr>
            <w:r>
              <w:rPr>
                <w:sz w:val="17"/>
              </w:rPr>
              <w:t>2</w:t>
            </w:r>
          </w:p>
        </w:tc>
        <w:tc>
          <w:tcPr>
            <w:tcW w:w="3121" w:type="dxa"/>
            <w:tcMar>
              <w:top w:w="55" w:type="dxa"/>
              <w:left w:w="55" w:type="dxa"/>
              <w:bottom w:w="55" w:type="dxa"/>
              <w:right w:w="55" w:type="dxa"/>
            </w:tcMar>
            <w:vAlign w:val="center"/>
          </w:tcPr>
          <w:p w14:paraId="6E852AD5" w14:textId="77777777" w:rsidR="00A276DE" w:rsidRDefault="00A276DE">
            <w:pPr>
              <w:spacing w:after="0"/>
            </w:pPr>
          </w:p>
        </w:tc>
        <w:tc>
          <w:tcPr>
            <w:tcW w:w="1664" w:type="dxa"/>
            <w:tcMar>
              <w:top w:w="55" w:type="dxa"/>
              <w:left w:w="55" w:type="dxa"/>
              <w:bottom w:w="55" w:type="dxa"/>
              <w:right w:w="55" w:type="dxa"/>
            </w:tcMar>
            <w:vAlign w:val="center"/>
          </w:tcPr>
          <w:p w14:paraId="05C918D4" w14:textId="77777777" w:rsidR="00A276DE" w:rsidRDefault="00A276DE">
            <w:pPr>
              <w:spacing w:after="0"/>
            </w:pPr>
          </w:p>
        </w:tc>
        <w:tc>
          <w:tcPr>
            <w:tcW w:w="1816" w:type="dxa"/>
            <w:tcMar>
              <w:top w:w="55" w:type="dxa"/>
              <w:left w:w="55" w:type="dxa"/>
              <w:bottom w:w="55" w:type="dxa"/>
              <w:right w:w="55" w:type="dxa"/>
            </w:tcMar>
            <w:vAlign w:val="center"/>
          </w:tcPr>
          <w:p w14:paraId="0ECA42C7" w14:textId="77777777" w:rsidR="00A276DE" w:rsidRDefault="00A276DE">
            <w:pPr>
              <w:spacing w:after="0"/>
            </w:pPr>
          </w:p>
        </w:tc>
        <w:tc>
          <w:tcPr>
            <w:tcW w:w="1300" w:type="dxa"/>
            <w:tcMar>
              <w:top w:w="55" w:type="dxa"/>
              <w:left w:w="55" w:type="dxa"/>
              <w:bottom w:w="55" w:type="dxa"/>
              <w:right w:w="55" w:type="dxa"/>
            </w:tcMar>
            <w:vAlign w:val="center"/>
          </w:tcPr>
          <w:p w14:paraId="007083E5" w14:textId="77777777" w:rsidR="00A276DE" w:rsidRDefault="00A276DE">
            <w:pPr>
              <w:spacing w:after="0"/>
            </w:pPr>
          </w:p>
        </w:tc>
      </w:tr>
      <w:tr w:rsidR="00A276DE" w14:paraId="3D0F23F4" w14:textId="77777777" w:rsidTr="003515C3">
        <w:trPr>
          <w:cantSplit/>
          <w:trHeight w:val="364"/>
        </w:trPr>
        <w:tc>
          <w:tcPr>
            <w:tcW w:w="5658" w:type="dxa"/>
            <w:tcMar>
              <w:top w:w="55" w:type="dxa"/>
              <w:left w:w="55" w:type="dxa"/>
              <w:bottom w:w="55" w:type="dxa"/>
              <w:right w:w="55" w:type="dxa"/>
            </w:tcMar>
            <w:vAlign w:val="center"/>
          </w:tcPr>
          <w:p w14:paraId="1A990F8A" w14:textId="77777777" w:rsidR="00A276DE" w:rsidRDefault="000A6732">
            <w:pPr>
              <w:spacing w:after="0"/>
            </w:pPr>
            <w:r>
              <w:rPr>
                <w:sz w:val="17"/>
              </w:rPr>
              <w:t>Matematiikka ja matematiikan soveltaminen</w:t>
            </w:r>
          </w:p>
        </w:tc>
        <w:tc>
          <w:tcPr>
            <w:tcW w:w="453" w:type="dxa"/>
            <w:tcMar>
              <w:top w:w="55" w:type="dxa"/>
              <w:left w:w="55" w:type="dxa"/>
              <w:bottom w:w="55" w:type="dxa"/>
              <w:right w:w="55" w:type="dxa"/>
            </w:tcMar>
            <w:vAlign w:val="center"/>
          </w:tcPr>
          <w:p w14:paraId="7CF5E923" w14:textId="77777777" w:rsidR="00A276DE" w:rsidRDefault="000A6732">
            <w:pPr>
              <w:spacing w:after="0"/>
            </w:pPr>
            <w:r>
              <w:rPr>
                <w:sz w:val="17"/>
              </w:rPr>
              <w:t>4</w:t>
            </w:r>
          </w:p>
        </w:tc>
        <w:tc>
          <w:tcPr>
            <w:tcW w:w="1297" w:type="dxa"/>
            <w:tcMar>
              <w:top w:w="55" w:type="dxa"/>
              <w:left w:w="55" w:type="dxa"/>
              <w:bottom w:w="55" w:type="dxa"/>
              <w:right w:w="55" w:type="dxa"/>
            </w:tcMar>
            <w:vAlign w:val="center"/>
          </w:tcPr>
          <w:p w14:paraId="00FDD2EA" w14:textId="77777777" w:rsidR="00A276DE" w:rsidRDefault="000A6732">
            <w:pPr>
              <w:spacing w:after="0"/>
            </w:pPr>
            <w:r>
              <w:rPr>
                <w:sz w:val="17"/>
              </w:rPr>
              <w:t>1</w:t>
            </w:r>
          </w:p>
        </w:tc>
        <w:tc>
          <w:tcPr>
            <w:tcW w:w="3121" w:type="dxa"/>
            <w:tcMar>
              <w:top w:w="55" w:type="dxa"/>
              <w:left w:w="55" w:type="dxa"/>
              <w:bottom w:w="55" w:type="dxa"/>
              <w:right w:w="55" w:type="dxa"/>
            </w:tcMar>
            <w:vAlign w:val="center"/>
          </w:tcPr>
          <w:p w14:paraId="2490FD67" w14:textId="77777777" w:rsidR="00A276DE" w:rsidRDefault="00A276DE">
            <w:pPr>
              <w:spacing w:after="0"/>
            </w:pPr>
          </w:p>
        </w:tc>
        <w:tc>
          <w:tcPr>
            <w:tcW w:w="1664" w:type="dxa"/>
            <w:tcMar>
              <w:top w:w="55" w:type="dxa"/>
              <w:left w:w="55" w:type="dxa"/>
              <w:bottom w:w="55" w:type="dxa"/>
              <w:right w:w="55" w:type="dxa"/>
            </w:tcMar>
            <w:vAlign w:val="center"/>
          </w:tcPr>
          <w:p w14:paraId="69561A34" w14:textId="77777777" w:rsidR="00A276DE" w:rsidRDefault="00A276DE">
            <w:pPr>
              <w:spacing w:after="0"/>
            </w:pPr>
          </w:p>
        </w:tc>
        <w:tc>
          <w:tcPr>
            <w:tcW w:w="1816" w:type="dxa"/>
            <w:tcMar>
              <w:top w:w="55" w:type="dxa"/>
              <w:left w:w="55" w:type="dxa"/>
              <w:bottom w:w="55" w:type="dxa"/>
              <w:right w:w="55" w:type="dxa"/>
            </w:tcMar>
            <w:vAlign w:val="center"/>
          </w:tcPr>
          <w:p w14:paraId="273834AA" w14:textId="77777777" w:rsidR="00A276DE" w:rsidRDefault="00A276DE">
            <w:pPr>
              <w:spacing w:after="0"/>
            </w:pPr>
          </w:p>
        </w:tc>
        <w:tc>
          <w:tcPr>
            <w:tcW w:w="1300" w:type="dxa"/>
            <w:tcMar>
              <w:top w:w="55" w:type="dxa"/>
              <w:left w:w="55" w:type="dxa"/>
              <w:bottom w:w="55" w:type="dxa"/>
              <w:right w:w="55" w:type="dxa"/>
            </w:tcMar>
            <w:vAlign w:val="center"/>
          </w:tcPr>
          <w:p w14:paraId="324931FA" w14:textId="77777777" w:rsidR="00A276DE" w:rsidRDefault="00A276DE">
            <w:pPr>
              <w:spacing w:after="0"/>
            </w:pPr>
          </w:p>
        </w:tc>
      </w:tr>
      <w:tr w:rsidR="00A276DE" w14:paraId="5ACF6ABA" w14:textId="77777777" w:rsidTr="003515C3">
        <w:trPr>
          <w:cantSplit/>
          <w:trHeight w:val="364"/>
        </w:trPr>
        <w:tc>
          <w:tcPr>
            <w:tcW w:w="5658" w:type="dxa"/>
            <w:tcMar>
              <w:top w:w="55" w:type="dxa"/>
              <w:left w:w="55" w:type="dxa"/>
              <w:bottom w:w="55" w:type="dxa"/>
              <w:right w:w="55" w:type="dxa"/>
            </w:tcMar>
            <w:vAlign w:val="center"/>
          </w:tcPr>
          <w:p w14:paraId="08E32335" w14:textId="77777777" w:rsidR="00A276DE" w:rsidRPr="005F446C" w:rsidRDefault="000A6732">
            <w:pPr>
              <w:spacing w:after="0"/>
              <w:rPr>
                <w:lang w:val="fi-FI"/>
              </w:rPr>
            </w:pPr>
            <w:r w:rsidRPr="005F446C">
              <w:rPr>
                <w:sz w:val="17"/>
                <w:lang w:val="fi-FI"/>
              </w:rPr>
              <w:t>Fysikaaliset ja kemialliset ilmiöt ja niiden soveltaminen</w:t>
            </w:r>
          </w:p>
        </w:tc>
        <w:tc>
          <w:tcPr>
            <w:tcW w:w="453" w:type="dxa"/>
            <w:tcMar>
              <w:top w:w="55" w:type="dxa"/>
              <w:left w:w="55" w:type="dxa"/>
              <w:bottom w:w="55" w:type="dxa"/>
              <w:right w:w="55" w:type="dxa"/>
            </w:tcMar>
            <w:vAlign w:val="center"/>
          </w:tcPr>
          <w:p w14:paraId="0CCA5A62" w14:textId="77777777" w:rsidR="00A276DE" w:rsidRDefault="000A6732">
            <w:pPr>
              <w:spacing w:after="0"/>
            </w:pPr>
            <w:r>
              <w:rPr>
                <w:sz w:val="17"/>
              </w:rPr>
              <w:t>2</w:t>
            </w:r>
          </w:p>
        </w:tc>
        <w:tc>
          <w:tcPr>
            <w:tcW w:w="1297" w:type="dxa"/>
            <w:tcMar>
              <w:top w:w="55" w:type="dxa"/>
              <w:left w:w="55" w:type="dxa"/>
              <w:bottom w:w="55" w:type="dxa"/>
              <w:right w:w="55" w:type="dxa"/>
            </w:tcMar>
            <w:vAlign w:val="center"/>
          </w:tcPr>
          <w:p w14:paraId="49FA28EF" w14:textId="77777777" w:rsidR="00A276DE" w:rsidRDefault="000A6732">
            <w:pPr>
              <w:spacing w:after="0"/>
            </w:pPr>
            <w:r>
              <w:rPr>
                <w:sz w:val="17"/>
              </w:rPr>
              <w:t>1</w:t>
            </w:r>
          </w:p>
        </w:tc>
        <w:tc>
          <w:tcPr>
            <w:tcW w:w="3121" w:type="dxa"/>
            <w:tcMar>
              <w:top w:w="55" w:type="dxa"/>
              <w:left w:w="55" w:type="dxa"/>
              <w:bottom w:w="55" w:type="dxa"/>
              <w:right w:w="55" w:type="dxa"/>
            </w:tcMar>
            <w:vAlign w:val="center"/>
          </w:tcPr>
          <w:p w14:paraId="1D012FAB" w14:textId="77777777" w:rsidR="00A276DE" w:rsidRDefault="00A276DE">
            <w:pPr>
              <w:spacing w:after="0"/>
            </w:pPr>
          </w:p>
        </w:tc>
        <w:tc>
          <w:tcPr>
            <w:tcW w:w="1664" w:type="dxa"/>
            <w:tcMar>
              <w:top w:w="55" w:type="dxa"/>
              <w:left w:w="55" w:type="dxa"/>
              <w:bottom w:w="55" w:type="dxa"/>
              <w:right w:w="55" w:type="dxa"/>
            </w:tcMar>
            <w:vAlign w:val="center"/>
          </w:tcPr>
          <w:p w14:paraId="518E7A9A" w14:textId="77777777" w:rsidR="00A276DE" w:rsidRDefault="00A276DE">
            <w:pPr>
              <w:spacing w:after="0"/>
            </w:pPr>
          </w:p>
        </w:tc>
        <w:tc>
          <w:tcPr>
            <w:tcW w:w="1816" w:type="dxa"/>
            <w:tcMar>
              <w:top w:w="55" w:type="dxa"/>
              <w:left w:w="55" w:type="dxa"/>
              <w:bottom w:w="55" w:type="dxa"/>
              <w:right w:w="55" w:type="dxa"/>
            </w:tcMar>
            <w:vAlign w:val="center"/>
          </w:tcPr>
          <w:p w14:paraId="62024AB9" w14:textId="77777777" w:rsidR="00A276DE" w:rsidRDefault="00A276DE">
            <w:pPr>
              <w:spacing w:after="0"/>
            </w:pPr>
          </w:p>
        </w:tc>
        <w:tc>
          <w:tcPr>
            <w:tcW w:w="1300" w:type="dxa"/>
            <w:tcMar>
              <w:top w:w="55" w:type="dxa"/>
              <w:left w:w="55" w:type="dxa"/>
              <w:bottom w:w="55" w:type="dxa"/>
              <w:right w:w="55" w:type="dxa"/>
            </w:tcMar>
            <w:vAlign w:val="center"/>
          </w:tcPr>
          <w:p w14:paraId="0CF980D0" w14:textId="77777777" w:rsidR="00A276DE" w:rsidRDefault="00A276DE">
            <w:pPr>
              <w:spacing w:after="0"/>
            </w:pPr>
          </w:p>
        </w:tc>
      </w:tr>
      <w:tr w:rsidR="00A276DE" w14:paraId="1F0E121F" w14:textId="77777777" w:rsidTr="003515C3">
        <w:trPr>
          <w:cantSplit/>
          <w:trHeight w:val="364"/>
        </w:trPr>
        <w:tc>
          <w:tcPr>
            <w:tcW w:w="5658" w:type="dxa"/>
            <w:tcMar>
              <w:top w:w="55" w:type="dxa"/>
              <w:left w:w="55" w:type="dxa"/>
              <w:bottom w:w="55" w:type="dxa"/>
              <w:right w:w="55" w:type="dxa"/>
            </w:tcMar>
            <w:vAlign w:val="center"/>
          </w:tcPr>
          <w:p w14:paraId="623E4021" w14:textId="77777777" w:rsidR="00A276DE" w:rsidRDefault="000A6732">
            <w:pPr>
              <w:spacing w:after="0"/>
            </w:pPr>
            <w:r>
              <w:rPr>
                <w:sz w:val="17"/>
              </w:rPr>
              <w:t>Yhteiskunnassa ja kansalaisena toimiminen</w:t>
            </w:r>
          </w:p>
        </w:tc>
        <w:tc>
          <w:tcPr>
            <w:tcW w:w="453" w:type="dxa"/>
            <w:tcMar>
              <w:top w:w="55" w:type="dxa"/>
              <w:left w:w="55" w:type="dxa"/>
              <w:bottom w:w="55" w:type="dxa"/>
              <w:right w:w="55" w:type="dxa"/>
            </w:tcMar>
            <w:vAlign w:val="center"/>
          </w:tcPr>
          <w:p w14:paraId="092F14AC" w14:textId="77777777" w:rsidR="00A276DE" w:rsidRDefault="000A6732">
            <w:pPr>
              <w:spacing w:after="0"/>
            </w:pPr>
            <w:r>
              <w:rPr>
                <w:sz w:val="17"/>
              </w:rPr>
              <w:t>2</w:t>
            </w:r>
          </w:p>
        </w:tc>
        <w:tc>
          <w:tcPr>
            <w:tcW w:w="1297" w:type="dxa"/>
            <w:tcMar>
              <w:top w:w="55" w:type="dxa"/>
              <w:left w:w="55" w:type="dxa"/>
              <w:bottom w:w="55" w:type="dxa"/>
              <w:right w:w="55" w:type="dxa"/>
            </w:tcMar>
            <w:vAlign w:val="center"/>
          </w:tcPr>
          <w:p w14:paraId="6E38C66D" w14:textId="77777777" w:rsidR="00A276DE" w:rsidRDefault="000A6732">
            <w:pPr>
              <w:spacing w:after="0"/>
            </w:pPr>
            <w:r>
              <w:rPr>
                <w:sz w:val="17"/>
              </w:rPr>
              <w:t>1</w:t>
            </w:r>
          </w:p>
        </w:tc>
        <w:tc>
          <w:tcPr>
            <w:tcW w:w="3121" w:type="dxa"/>
            <w:tcMar>
              <w:top w:w="55" w:type="dxa"/>
              <w:left w:w="55" w:type="dxa"/>
              <w:bottom w:w="55" w:type="dxa"/>
              <w:right w:w="55" w:type="dxa"/>
            </w:tcMar>
            <w:vAlign w:val="center"/>
          </w:tcPr>
          <w:p w14:paraId="1321296E" w14:textId="77777777" w:rsidR="00A276DE" w:rsidRDefault="00A276DE">
            <w:pPr>
              <w:spacing w:after="0"/>
            </w:pPr>
          </w:p>
        </w:tc>
        <w:tc>
          <w:tcPr>
            <w:tcW w:w="1664" w:type="dxa"/>
            <w:tcMar>
              <w:top w:w="55" w:type="dxa"/>
              <w:left w:w="55" w:type="dxa"/>
              <w:bottom w:w="55" w:type="dxa"/>
              <w:right w:w="55" w:type="dxa"/>
            </w:tcMar>
            <w:vAlign w:val="center"/>
          </w:tcPr>
          <w:p w14:paraId="7A3F0EBD" w14:textId="77777777" w:rsidR="00A276DE" w:rsidRDefault="00A276DE">
            <w:pPr>
              <w:spacing w:after="0"/>
            </w:pPr>
          </w:p>
        </w:tc>
        <w:tc>
          <w:tcPr>
            <w:tcW w:w="1816" w:type="dxa"/>
            <w:tcMar>
              <w:top w:w="55" w:type="dxa"/>
              <w:left w:w="55" w:type="dxa"/>
              <w:bottom w:w="55" w:type="dxa"/>
              <w:right w:w="55" w:type="dxa"/>
            </w:tcMar>
            <w:vAlign w:val="center"/>
          </w:tcPr>
          <w:p w14:paraId="60256830" w14:textId="77777777" w:rsidR="00A276DE" w:rsidRDefault="00A276DE">
            <w:pPr>
              <w:spacing w:after="0"/>
            </w:pPr>
          </w:p>
        </w:tc>
        <w:tc>
          <w:tcPr>
            <w:tcW w:w="1300" w:type="dxa"/>
            <w:tcMar>
              <w:top w:w="55" w:type="dxa"/>
              <w:left w:w="55" w:type="dxa"/>
              <w:bottom w:w="55" w:type="dxa"/>
              <w:right w:w="55" w:type="dxa"/>
            </w:tcMar>
            <w:vAlign w:val="center"/>
          </w:tcPr>
          <w:p w14:paraId="161AD946" w14:textId="77777777" w:rsidR="00A276DE" w:rsidRDefault="00A276DE">
            <w:pPr>
              <w:spacing w:after="0"/>
            </w:pPr>
          </w:p>
        </w:tc>
      </w:tr>
      <w:tr w:rsidR="00A276DE" w14:paraId="73A68C60" w14:textId="77777777" w:rsidTr="003515C3">
        <w:trPr>
          <w:cantSplit/>
          <w:trHeight w:val="364"/>
        </w:trPr>
        <w:tc>
          <w:tcPr>
            <w:tcW w:w="5658" w:type="dxa"/>
            <w:tcMar>
              <w:top w:w="55" w:type="dxa"/>
              <w:left w:w="55" w:type="dxa"/>
              <w:bottom w:w="55" w:type="dxa"/>
              <w:right w:w="55" w:type="dxa"/>
            </w:tcMar>
            <w:vAlign w:val="center"/>
          </w:tcPr>
          <w:p w14:paraId="79D9F1DF" w14:textId="77777777" w:rsidR="00A276DE" w:rsidRDefault="000A6732">
            <w:pPr>
              <w:spacing w:after="0"/>
            </w:pPr>
            <w:r>
              <w:rPr>
                <w:sz w:val="17"/>
              </w:rPr>
              <w:t>Työelämässä toimiminen</w:t>
            </w:r>
          </w:p>
        </w:tc>
        <w:tc>
          <w:tcPr>
            <w:tcW w:w="453" w:type="dxa"/>
            <w:tcMar>
              <w:top w:w="55" w:type="dxa"/>
              <w:left w:w="55" w:type="dxa"/>
              <w:bottom w:w="55" w:type="dxa"/>
              <w:right w:w="55" w:type="dxa"/>
            </w:tcMar>
            <w:vAlign w:val="center"/>
          </w:tcPr>
          <w:p w14:paraId="3920E435" w14:textId="77777777" w:rsidR="00A276DE" w:rsidRDefault="000A6732">
            <w:pPr>
              <w:spacing w:after="0"/>
            </w:pPr>
            <w:r>
              <w:rPr>
                <w:sz w:val="17"/>
              </w:rPr>
              <w:t>2</w:t>
            </w:r>
          </w:p>
        </w:tc>
        <w:tc>
          <w:tcPr>
            <w:tcW w:w="1297" w:type="dxa"/>
            <w:tcMar>
              <w:top w:w="55" w:type="dxa"/>
              <w:left w:w="55" w:type="dxa"/>
              <w:bottom w:w="55" w:type="dxa"/>
              <w:right w:w="55" w:type="dxa"/>
            </w:tcMar>
            <w:vAlign w:val="center"/>
          </w:tcPr>
          <w:p w14:paraId="3DDFAA2F" w14:textId="77777777" w:rsidR="00A276DE" w:rsidRDefault="000A6732">
            <w:pPr>
              <w:spacing w:after="0"/>
            </w:pPr>
            <w:r>
              <w:rPr>
                <w:sz w:val="17"/>
              </w:rPr>
              <w:t>1</w:t>
            </w:r>
          </w:p>
        </w:tc>
        <w:tc>
          <w:tcPr>
            <w:tcW w:w="3121" w:type="dxa"/>
            <w:tcMar>
              <w:top w:w="55" w:type="dxa"/>
              <w:left w:w="55" w:type="dxa"/>
              <w:bottom w:w="55" w:type="dxa"/>
              <w:right w:w="55" w:type="dxa"/>
            </w:tcMar>
            <w:vAlign w:val="center"/>
          </w:tcPr>
          <w:p w14:paraId="48909A40" w14:textId="77777777" w:rsidR="00A276DE" w:rsidRDefault="00A276DE">
            <w:pPr>
              <w:spacing w:after="0"/>
            </w:pPr>
          </w:p>
        </w:tc>
        <w:tc>
          <w:tcPr>
            <w:tcW w:w="1664" w:type="dxa"/>
            <w:tcMar>
              <w:top w:w="55" w:type="dxa"/>
              <w:left w:w="55" w:type="dxa"/>
              <w:bottom w:w="55" w:type="dxa"/>
              <w:right w:w="55" w:type="dxa"/>
            </w:tcMar>
            <w:vAlign w:val="center"/>
          </w:tcPr>
          <w:p w14:paraId="6E7A6689" w14:textId="77777777" w:rsidR="00A276DE" w:rsidRDefault="00A276DE">
            <w:pPr>
              <w:spacing w:after="0"/>
            </w:pPr>
          </w:p>
        </w:tc>
        <w:tc>
          <w:tcPr>
            <w:tcW w:w="1816" w:type="dxa"/>
            <w:tcMar>
              <w:top w:w="55" w:type="dxa"/>
              <w:left w:w="55" w:type="dxa"/>
              <w:bottom w:w="55" w:type="dxa"/>
              <w:right w:w="55" w:type="dxa"/>
            </w:tcMar>
            <w:vAlign w:val="center"/>
          </w:tcPr>
          <w:p w14:paraId="68BC7513" w14:textId="77777777" w:rsidR="00A276DE" w:rsidRDefault="00A276DE">
            <w:pPr>
              <w:spacing w:after="0"/>
            </w:pPr>
          </w:p>
        </w:tc>
        <w:tc>
          <w:tcPr>
            <w:tcW w:w="1300" w:type="dxa"/>
            <w:tcMar>
              <w:top w:w="55" w:type="dxa"/>
              <w:left w:w="55" w:type="dxa"/>
              <w:bottom w:w="55" w:type="dxa"/>
              <w:right w:w="55" w:type="dxa"/>
            </w:tcMar>
            <w:vAlign w:val="center"/>
          </w:tcPr>
          <w:p w14:paraId="20E45BE8" w14:textId="77777777" w:rsidR="00A276DE" w:rsidRDefault="00A276DE">
            <w:pPr>
              <w:spacing w:after="0"/>
            </w:pPr>
          </w:p>
        </w:tc>
      </w:tr>
      <w:tr w:rsidR="00A276DE" w14:paraId="2137476D" w14:textId="77777777" w:rsidTr="003515C3">
        <w:trPr>
          <w:cantSplit/>
          <w:trHeight w:val="364"/>
        </w:trPr>
        <w:tc>
          <w:tcPr>
            <w:tcW w:w="5658" w:type="dxa"/>
            <w:tcMar>
              <w:top w:w="55" w:type="dxa"/>
              <w:left w:w="55" w:type="dxa"/>
              <w:bottom w:w="55" w:type="dxa"/>
              <w:right w:w="55" w:type="dxa"/>
            </w:tcMar>
            <w:vAlign w:val="center"/>
          </w:tcPr>
          <w:p w14:paraId="57642873" w14:textId="77777777" w:rsidR="00A276DE" w:rsidRDefault="000A6732">
            <w:pPr>
              <w:spacing w:after="0"/>
            </w:pPr>
            <w:r>
              <w:rPr>
                <w:sz w:val="17"/>
              </w:rPr>
              <w:t>Opiskelu- ja urasuunnitteluvalmiudet</w:t>
            </w:r>
          </w:p>
        </w:tc>
        <w:tc>
          <w:tcPr>
            <w:tcW w:w="453" w:type="dxa"/>
            <w:tcMar>
              <w:top w:w="55" w:type="dxa"/>
              <w:left w:w="55" w:type="dxa"/>
              <w:bottom w:w="55" w:type="dxa"/>
              <w:right w:w="55" w:type="dxa"/>
            </w:tcMar>
            <w:vAlign w:val="center"/>
          </w:tcPr>
          <w:p w14:paraId="38709B12" w14:textId="77777777" w:rsidR="00A276DE" w:rsidRDefault="000A6732">
            <w:pPr>
              <w:spacing w:after="0"/>
            </w:pPr>
            <w:r>
              <w:rPr>
                <w:sz w:val="17"/>
              </w:rPr>
              <w:t>1</w:t>
            </w:r>
          </w:p>
        </w:tc>
        <w:tc>
          <w:tcPr>
            <w:tcW w:w="1297" w:type="dxa"/>
            <w:tcMar>
              <w:top w:w="55" w:type="dxa"/>
              <w:left w:w="55" w:type="dxa"/>
              <w:bottom w:w="55" w:type="dxa"/>
              <w:right w:w="55" w:type="dxa"/>
            </w:tcMar>
            <w:vAlign w:val="center"/>
          </w:tcPr>
          <w:p w14:paraId="52F9CC77" w14:textId="77777777" w:rsidR="00A276DE" w:rsidRDefault="000A6732">
            <w:pPr>
              <w:spacing w:after="0"/>
            </w:pPr>
            <w:r>
              <w:rPr>
                <w:sz w:val="17"/>
              </w:rPr>
              <w:t>2</w:t>
            </w:r>
          </w:p>
        </w:tc>
        <w:tc>
          <w:tcPr>
            <w:tcW w:w="3121" w:type="dxa"/>
            <w:tcMar>
              <w:top w:w="55" w:type="dxa"/>
              <w:left w:w="55" w:type="dxa"/>
              <w:bottom w:w="55" w:type="dxa"/>
              <w:right w:w="55" w:type="dxa"/>
            </w:tcMar>
            <w:vAlign w:val="center"/>
          </w:tcPr>
          <w:p w14:paraId="5425E3A5" w14:textId="77777777" w:rsidR="00A276DE" w:rsidRDefault="00A276DE">
            <w:pPr>
              <w:spacing w:after="0"/>
            </w:pPr>
          </w:p>
        </w:tc>
        <w:tc>
          <w:tcPr>
            <w:tcW w:w="1664" w:type="dxa"/>
            <w:tcMar>
              <w:top w:w="55" w:type="dxa"/>
              <w:left w:w="55" w:type="dxa"/>
              <w:bottom w:w="55" w:type="dxa"/>
              <w:right w:w="55" w:type="dxa"/>
            </w:tcMar>
            <w:vAlign w:val="center"/>
          </w:tcPr>
          <w:p w14:paraId="4C9B18CB" w14:textId="77777777" w:rsidR="00A276DE" w:rsidRDefault="00A276DE">
            <w:pPr>
              <w:spacing w:after="0"/>
            </w:pPr>
          </w:p>
        </w:tc>
        <w:tc>
          <w:tcPr>
            <w:tcW w:w="1816" w:type="dxa"/>
            <w:tcMar>
              <w:top w:w="55" w:type="dxa"/>
              <w:left w:w="55" w:type="dxa"/>
              <w:bottom w:w="55" w:type="dxa"/>
              <w:right w:w="55" w:type="dxa"/>
            </w:tcMar>
            <w:vAlign w:val="center"/>
          </w:tcPr>
          <w:p w14:paraId="7512F424" w14:textId="77777777" w:rsidR="00A276DE" w:rsidRDefault="00A276DE">
            <w:pPr>
              <w:spacing w:after="0"/>
            </w:pPr>
          </w:p>
        </w:tc>
        <w:tc>
          <w:tcPr>
            <w:tcW w:w="1300" w:type="dxa"/>
            <w:tcMar>
              <w:top w:w="55" w:type="dxa"/>
              <w:left w:w="55" w:type="dxa"/>
              <w:bottom w:w="55" w:type="dxa"/>
              <w:right w:w="55" w:type="dxa"/>
            </w:tcMar>
            <w:vAlign w:val="center"/>
          </w:tcPr>
          <w:p w14:paraId="732D0575" w14:textId="77777777" w:rsidR="00A276DE" w:rsidRDefault="00A276DE">
            <w:pPr>
              <w:spacing w:after="0"/>
            </w:pPr>
          </w:p>
        </w:tc>
      </w:tr>
      <w:tr w:rsidR="00A276DE" w14:paraId="32FC8D83" w14:textId="77777777" w:rsidTr="003515C3">
        <w:trPr>
          <w:cantSplit/>
          <w:trHeight w:val="364"/>
        </w:trPr>
        <w:tc>
          <w:tcPr>
            <w:tcW w:w="5658" w:type="dxa"/>
            <w:tcMar>
              <w:top w:w="55" w:type="dxa"/>
              <w:left w:w="55" w:type="dxa"/>
              <w:bottom w:w="55" w:type="dxa"/>
              <w:right w:w="55" w:type="dxa"/>
            </w:tcMar>
            <w:vAlign w:val="center"/>
          </w:tcPr>
          <w:p w14:paraId="60BBE60E" w14:textId="77777777" w:rsidR="00A276DE" w:rsidRDefault="000A6732">
            <w:pPr>
              <w:spacing w:after="0"/>
            </w:pPr>
            <w:r>
              <w:rPr>
                <w:sz w:val="17"/>
              </w:rPr>
              <w:t>Yrittäjyys ja yrittäjämäinen toiminta</w:t>
            </w:r>
          </w:p>
        </w:tc>
        <w:tc>
          <w:tcPr>
            <w:tcW w:w="453" w:type="dxa"/>
            <w:tcMar>
              <w:top w:w="55" w:type="dxa"/>
              <w:left w:w="55" w:type="dxa"/>
              <w:bottom w:w="55" w:type="dxa"/>
              <w:right w:w="55" w:type="dxa"/>
            </w:tcMar>
            <w:vAlign w:val="center"/>
          </w:tcPr>
          <w:p w14:paraId="23758F8A" w14:textId="77777777" w:rsidR="00A276DE" w:rsidRDefault="000A6732">
            <w:pPr>
              <w:spacing w:after="0"/>
            </w:pPr>
            <w:r>
              <w:rPr>
                <w:sz w:val="17"/>
              </w:rPr>
              <w:t>1</w:t>
            </w:r>
          </w:p>
        </w:tc>
        <w:tc>
          <w:tcPr>
            <w:tcW w:w="1297" w:type="dxa"/>
            <w:tcMar>
              <w:top w:w="55" w:type="dxa"/>
              <w:left w:w="55" w:type="dxa"/>
              <w:bottom w:w="55" w:type="dxa"/>
              <w:right w:w="55" w:type="dxa"/>
            </w:tcMar>
            <w:vAlign w:val="center"/>
          </w:tcPr>
          <w:p w14:paraId="70105C8C" w14:textId="77777777" w:rsidR="00A276DE" w:rsidRDefault="000A6732">
            <w:pPr>
              <w:spacing w:after="0"/>
            </w:pPr>
            <w:r>
              <w:rPr>
                <w:sz w:val="17"/>
              </w:rPr>
              <w:t>1</w:t>
            </w:r>
          </w:p>
        </w:tc>
        <w:tc>
          <w:tcPr>
            <w:tcW w:w="3121" w:type="dxa"/>
            <w:tcMar>
              <w:top w:w="55" w:type="dxa"/>
              <w:left w:w="55" w:type="dxa"/>
              <w:bottom w:w="55" w:type="dxa"/>
              <w:right w:w="55" w:type="dxa"/>
            </w:tcMar>
            <w:vAlign w:val="center"/>
          </w:tcPr>
          <w:p w14:paraId="3EBB68A3" w14:textId="77777777" w:rsidR="00A276DE" w:rsidRDefault="00A276DE">
            <w:pPr>
              <w:spacing w:after="0"/>
            </w:pPr>
          </w:p>
        </w:tc>
        <w:tc>
          <w:tcPr>
            <w:tcW w:w="1664" w:type="dxa"/>
            <w:tcMar>
              <w:top w:w="55" w:type="dxa"/>
              <w:left w:w="55" w:type="dxa"/>
              <w:bottom w:w="55" w:type="dxa"/>
              <w:right w:w="55" w:type="dxa"/>
            </w:tcMar>
            <w:vAlign w:val="center"/>
          </w:tcPr>
          <w:p w14:paraId="36A9FFC5" w14:textId="77777777" w:rsidR="00A276DE" w:rsidRDefault="00A276DE">
            <w:pPr>
              <w:spacing w:after="0"/>
            </w:pPr>
          </w:p>
        </w:tc>
        <w:tc>
          <w:tcPr>
            <w:tcW w:w="1816" w:type="dxa"/>
            <w:tcMar>
              <w:top w:w="55" w:type="dxa"/>
              <w:left w:w="55" w:type="dxa"/>
              <w:bottom w:w="55" w:type="dxa"/>
              <w:right w:w="55" w:type="dxa"/>
            </w:tcMar>
            <w:vAlign w:val="center"/>
          </w:tcPr>
          <w:p w14:paraId="32C5F824" w14:textId="77777777" w:rsidR="00A276DE" w:rsidRDefault="00A276DE">
            <w:pPr>
              <w:spacing w:after="0"/>
            </w:pPr>
          </w:p>
        </w:tc>
        <w:tc>
          <w:tcPr>
            <w:tcW w:w="1300" w:type="dxa"/>
            <w:tcMar>
              <w:top w:w="55" w:type="dxa"/>
              <w:left w:w="55" w:type="dxa"/>
              <w:bottom w:w="55" w:type="dxa"/>
              <w:right w:w="55" w:type="dxa"/>
            </w:tcMar>
            <w:vAlign w:val="center"/>
          </w:tcPr>
          <w:p w14:paraId="6FCD532B" w14:textId="77777777" w:rsidR="00A276DE" w:rsidRDefault="00A276DE">
            <w:pPr>
              <w:spacing w:after="0"/>
            </w:pPr>
          </w:p>
        </w:tc>
      </w:tr>
      <w:tr w:rsidR="00A276DE" w14:paraId="76093504" w14:textId="77777777" w:rsidTr="003515C3">
        <w:trPr>
          <w:cantSplit/>
          <w:trHeight w:val="364"/>
        </w:trPr>
        <w:tc>
          <w:tcPr>
            <w:tcW w:w="5658" w:type="dxa"/>
            <w:tcMar>
              <w:top w:w="55" w:type="dxa"/>
              <w:left w:w="55" w:type="dxa"/>
              <w:bottom w:w="55" w:type="dxa"/>
              <w:right w:w="55" w:type="dxa"/>
            </w:tcMar>
            <w:vAlign w:val="center"/>
          </w:tcPr>
          <w:p w14:paraId="1DCD9BDB" w14:textId="77777777" w:rsidR="00A276DE" w:rsidRPr="005F446C" w:rsidRDefault="000A6732">
            <w:pPr>
              <w:spacing w:after="0"/>
              <w:rPr>
                <w:lang w:val="fi-FI"/>
              </w:rPr>
            </w:pPr>
            <w:r w:rsidRPr="005F446C">
              <w:rPr>
                <w:sz w:val="17"/>
                <w:lang w:val="fi-FI"/>
              </w:rPr>
              <w:t>Liikunta ja terveystieto sekä työkyvyn ja hyvinvoinnin edistäminen</w:t>
            </w:r>
          </w:p>
        </w:tc>
        <w:tc>
          <w:tcPr>
            <w:tcW w:w="453" w:type="dxa"/>
            <w:tcMar>
              <w:top w:w="55" w:type="dxa"/>
              <w:left w:w="55" w:type="dxa"/>
              <w:bottom w:w="55" w:type="dxa"/>
              <w:right w:w="55" w:type="dxa"/>
            </w:tcMar>
            <w:vAlign w:val="center"/>
          </w:tcPr>
          <w:p w14:paraId="73E0DC0C" w14:textId="77777777" w:rsidR="00A276DE" w:rsidRDefault="000A6732">
            <w:pPr>
              <w:spacing w:after="0"/>
            </w:pPr>
            <w:r>
              <w:rPr>
                <w:sz w:val="17"/>
              </w:rPr>
              <w:t>2</w:t>
            </w:r>
          </w:p>
        </w:tc>
        <w:tc>
          <w:tcPr>
            <w:tcW w:w="1297" w:type="dxa"/>
            <w:tcMar>
              <w:top w:w="55" w:type="dxa"/>
              <w:left w:w="55" w:type="dxa"/>
              <w:bottom w:w="55" w:type="dxa"/>
              <w:right w:w="55" w:type="dxa"/>
            </w:tcMar>
            <w:vAlign w:val="center"/>
          </w:tcPr>
          <w:p w14:paraId="1466C11B" w14:textId="77777777" w:rsidR="00A276DE" w:rsidRDefault="000A6732">
            <w:pPr>
              <w:spacing w:after="0"/>
            </w:pPr>
            <w:r>
              <w:rPr>
                <w:sz w:val="17"/>
              </w:rPr>
              <w:t>1</w:t>
            </w:r>
          </w:p>
        </w:tc>
        <w:tc>
          <w:tcPr>
            <w:tcW w:w="3121" w:type="dxa"/>
            <w:tcMar>
              <w:top w:w="55" w:type="dxa"/>
              <w:left w:w="55" w:type="dxa"/>
              <w:bottom w:w="55" w:type="dxa"/>
              <w:right w:w="55" w:type="dxa"/>
            </w:tcMar>
            <w:vAlign w:val="center"/>
          </w:tcPr>
          <w:p w14:paraId="450AEF51" w14:textId="77777777" w:rsidR="00A276DE" w:rsidRDefault="00A276DE">
            <w:pPr>
              <w:spacing w:after="0"/>
            </w:pPr>
          </w:p>
        </w:tc>
        <w:tc>
          <w:tcPr>
            <w:tcW w:w="1664" w:type="dxa"/>
            <w:tcMar>
              <w:top w:w="55" w:type="dxa"/>
              <w:left w:w="55" w:type="dxa"/>
              <w:bottom w:w="55" w:type="dxa"/>
              <w:right w:w="55" w:type="dxa"/>
            </w:tcMar>
            <w:vAlign w:val="center"/>
          </w:tcPr>
          <w:p w14:paraId="4F8BCD58" w14:textId="77777777" w:rsidR="00A276DE" w:rsidRDefault="00A276DE">
            <w:pPr>
              <w:spacing w:after="0"/>
            </w:pPr>
          </w:p>
        </w:tc>
        <w:tc>
          <w:tcPr>
            <w:tcW w:w="1816" w:type="dxa"/>
            <w:tcMar>
              <w:top w:w="55" w:type="dxa"/>
              <w:left w:w="55" w:type="dxa"/>
              <w:bottom w:w="55" w:type="dxa"/>
              <w:right w:w="55" w:type="dxa"/>
            </w:tcMar>
            <w:vAlign w:val="center"/>
          </w:tcPr>
          <w:p w14:paraId="4151776B" w14:textId="77777777" w:rsidR="00A276DE" w:rsidRDefault="00A276DE">
            <w:pPr>
              <w:spacing w:after="0"/>
            </w:pPr>
          </w:p>
        </w:tc>
        <w:tc>
          <w:tcPr>
            <w:tcW w:w="1300" w:type="dxa"/>
            <w:tcMar>
              <w:top w:w="55" w:type="dxa"/>
              <w:left w:w="55" w:type="dxa"/>
              <w:bottom w:w="55" w:type="dxa"/>
              <w:right w:w="55" w:type="dxa"/>
            </w:tcMar>
            <w:vAlign w:val="center"/>
          </w:tcPr>
          <w:p w14:paraId="6D5F2487" w14:textId="77777777" w:rsidR="00A276DE" w:rsidRDefault="00A276DE">
            <w:pPr>
              <w:spacing w:after="0"/>
            </w:pPr>
          </w:p>
        </w:tc>
      </w:tr>
      <w:tr w:rsidR="00A276DE" w14:paraId="29CC02E2" w14:textId="77777777" w:rsidTr="003515C3">
        <w:trPr>
          <w:cantSplit/>
          <w:trHeight w:val="364"/>
        </w:trPr>
        <w:tc>
          <w:tcPr>
            <w:tcW w:w="5658" w:type="dxa"/>
            <w:tcMar>
              <w:top w:w="55" w:type="dxa"/>
              <w:left w:w="55" w:type="dxa"/>
              <w:bottom w:w="55" w:type="dxa"/>
              <w:right w:w="55" w:type="dxa"/>
            </w:tcMar>
            <w:vAlign w:val="center"/>
          </w:tcPr>
          <w:p w14:paraId="5A43E2E5" w14:textId="77777777" w:rsidR="00A276DE" w:rsidRDefault="000A6732">
            <w:pPr>
              <w:spacing w:after="0"/>
            </w:pPr>
            <w:r>
              <w:rPr>
                <w:sz w:val="17"/>
              </w:rPr>
              <w:t>Kestävän kehityksen edistäminen</w:t>
            </w:r>
          </w:p>
        </w:tc>
        <w:tc>
          <w:tcPr>
            <w:tcW w:w="453" w:type="dxa"/>
            <w:tcMar>
              <w:top w:w="55" w:type="dxa"/>
              <w:left w:w="55" w:type="dxa"/>
              <w:bottom w:w="55" w:type="dxa"/>
              <w:right w:w="55" w:type="dxa"/>
            </w:tcMar>
            <w:vAlign w:val="center"/>
          </w:tcPr>
          <w:p w14:paraId="7964628D" w14:textId="77777777" w:rsidR="00A276DE" w:rsidRDefault="000A6732">
            <w:pPr>
              <w:spacing w:after="0"/>
            </w:pPr>
            <w:r>
              <w:rPr>
                <w:sz w:val="17"/>
              </w:rPr>
              <w:t>1</w:t>
            </w:r>
          </w:p>
        </w:tc>
        <w:tc>
          <w:tcPr>
            <w:tcW w:w="1297" w:type="dxa"/>
            <w:tcMar>
              <w:top w:w="55" w:type="dxa"/>
              <w:left w:w="55" w:type="dxa"/>
              <w:bottom w:w="55" w:type="dxa"/>
              <w:right w:w="55" w:type="dxa"/>
            </w:tcMar>
            <w:vAlign w:val="center"/>
          </w:tcPr>
          <w:p w14:paraId="1B25A2A0" w14:textId="77777777" w:rsidR="00A276DE" w:rsidRDefault="000A6732">
            <w:pPr>
              <w:spacing w:after="0"/>
            </w:pPr>
            <w:r>
              <w:rPr>
                <w:sz w:val="17"/>
              </w:rPr>
              <w:t>1</w:t>
            </w:r>
          </w:p>
        </w:tc>
        <w:tc>
          <w:tcPr>
            <w:tcW w:w="3121" w:type="dxa"/>
            <w:tcMar>
              <w:top w:w="55" w:type="dxa"/>
              <w:left w:w="55" w:type="dxa"/>
              <w:bottom w:w="55" w:type="dxa"/>
              <w:right w:w="55" w:type="dxa"/>
            </w:tcMar>
            <w:vAlign w:val="center"/>
          </w:tcPr>
          <w:p w14:paraId="0DDCA114" w14:textId="77777777" w:rsidR="00A276DE" w:rsidRDefault="00A276DE">
            <w:pPr>
              <w:spacing w:after="0"/>
            </w:pPr>
          </w:p>
        </w:tc>
        <w:tc>
          <w:tcPr>
            <w:tcW w:w="1664" w:type="dxa"/>
            <w:tcMar>
              <w:top w:w="55" w:type="dxa"/>
              <w:left w:w="55" w:type="dxa"/>
              <w:bottom w:w="55" w:type="dxa"/>
              <w:right w:w="55" w:type="dxa"/>
            </w:tcMar>
            <w:vAlign w:val="center"/>
          </w:tcPr>
          <w:p w14:paraId="641C44A5" w14:textId="77777777" w:rsidR="00A276DE" w:rsidRDefault="00A276DE">
            <w:pPr>
              <w:spacing w:after="0"/>
            </w:pPr>
          </w:p>
        </w:tc>
        <w:tc>
          <w:tcPr>
            <w:tcW w:w="1816" w:type="dxa"/>
            <w:tcMar>
              <w:top w:w="55" w:type="dxa"/>
              <w:left w:w="55" w:type="dxa"/>
              <w:bottom w:w="55" w:type="dxa"/>
              <w:right w:w="55" w:type="dxa"/>
            </w:tcMar>
            <w:vAlign w:val="center"/>
          </w:tcPr>
          <w:p w14:paraId="2B82599D" w14:textId="77777777" w:rsidR="00A276DE" w:rsidRDefault="00A276DE">
            <w:pPr>
              <w:spacing w:after="0"/>
            </w:pPr>
          </w:p>
        </w:tc>
        <w:tc>
          <w:tcPr>
            <w:tcW w:w="1300" w:type="dxa"/>
            <w:tcMar>
              <w:top w:w="55" w:type="dxa"/>
              <w:left w:w="55" w:type="dxa"/>
              <w:bottom w:w="55" w:type="dxa"/>
              <w:right w:w="55" w:type="dxa"/>
            </w:tcMar>
            <w:vAlign w:val="center"/>
          </w:tcPr>
          <w:p w14:paraId="42B4B68C" w14:textId="77777777" w:rsidR="00A276DE" w:rsidRDefault="00A276DE">
            <w:pPr>
              <w:spacing w:after="0"/>
            </w:pPr>
          </w:p>
        </w:tc>
      </w:tr>
    </w:tbl>
    <w:p w14:paraId="129772C5" w14:textId="77777777" w:rsidR="00A276DE" w:rsidRPr="005F446C" w:rsidRDefault="000A6732">
      <w:pPr>
        <w:rPr>
          <w:lang w:val="fi-FI"/>
        </w:rPr>
      </w:pPr>
      <w:r w:rsidRPr="005F446C">
        <w:rPr>
          <w:sz w:val="16"/>
          <w:lang w:val="fi-FI"/>
        </w:rPr>
        <w:t xml:space="preserve">Äidinkielen vaihtoehdoista suoritetaan omaan </w:t>
      </w:r>
      <w:proofErr w:type="spellStart"/>
      <w:r w:rsidRPr="005F446C">
        <w:rPr>
          <w:sz w:val="16"/>
          <w:lang w:val="fi-FI"/>
        </w:rPr>
        <w:t>HOKSiin</w:t>
      </w:r>
      <w:proofErr w:type="spellEnd"/>
      <w:r w:rsidRPr="005F446C">
        <w:rPr>
          <w:sz w:val="16"/>
          <w:lang w:val="fi-FI"/>
        </w:rPr>
        <w:t xml:space="preserve"> merkitty vaihtoehto. ¹ Kirjaa kielissä myös suullisen tentin päivä.</w:t>
      </w:r>
    </w:p>
    <w:p w14:paraId="571A9ACD" w14:textId="77777777" w:rsidR="00A276DE" w:rsidRPr="005F446C" w:rsidRDefault="000A6732">
      <w:pPr>
        <w:rPr>
          <w:lang w:val="fi-FI"/>
        </w:rPr>
      </w:pPr>
      <w:r w:rsidRPr="005F446C">
        <w:rPr>
          <w:b/>
          <w:lang w:val="fi-FI"/>
        </w:rPr>
        <w:t>SUORITUSTAVAT</w:t>
      </w:r>
    </w:p>
    <w:p w14:paraId="32B17CE5" w14:textId="77777777" w:rsidR="00A276DE" w:rsidRPr="005F446C" w:rsidRDefault="000A6732">
      <w:pPr>
        <w:rPr>
          <w:lang w:val="fi-FI"/>
        </w:rPr>
      </w:pPr>
      <w:r w:rsidRPr="005F446C">
        <w:rPr>
          <w:sz w:val="17"/>
          <w:lang w:val="fi-FI"/>
        </w:rPr>
        <w:t xml:space="preserve">1 = Opiskele sisällöt </w:t>
      </w:r>
      <w:proofErr w:type="spellStart"/>
      <w:r w:rsidRPr="005F446C">
        <w:rPr>
          <w:sz w:val="17"/>
          <w:lang w:val="fi-FI"/>
        </w:rPr>
        <w:t>Peda.netissä</w:t>
      </w:r>
      <w:proofErr w:type="spellEnd"/>
      <w:r w:rsidRPr="005F446C">
        <w:rPr>
          <w:sz w:val="17"/>
          <w:lang w:val="fi-FI"/>
        </w:rPr>
        <w:t xml:space="preserve"> ja tee tentti yleisenä tenttipäivänä.</w:t>
      </w:r>
    </w:p>
    <w:p w14:paraId="5E112F89" w14:textId="77777777" w:rsidR="00A276DE" w:rsidRPr="005F446C" w:rsidRDefault="000A6732">
      <w:pPr>
        <w:rPr>
          <w:lang w:val="fi-FI"/>
        </w:rPr>
      </w:pPr>
      <w:r w:rsidRPr="005F446C">
        <w:rPr>
          <w:sz w:val="17"/>
          <w:lang w:val="fi-FI"/>
        </w:rPr>
        <w:t xml:space="preserve">2 = Opiskele sisällöt ja tee tehtävät </w:t>
      </w:r>
      <w:proofErr w:type="spellStart"/>
      <w:r w:rsidRPr="005F446C">
        <w:rPr>
          <w:sz w:val="17"/>
          <w:lang w:val="fi-FI"/>
        </w:rPr>
        <w:t>Peda.netissä</w:t>
      </w:r>
      <w:proofErr w:type="spellEnd"/>
      <w:r w:rsidRPr="005F446C">
        <w:rPr>
          <w:sz w:val="17"/>
          <w:lang w:val="fi-FI"/>
        </w:rPr>
        <w:t xml:space="preserve"> sekä tee tentti. Ruotsissa ja englannissa myös suullinen tentti.</w:t>
      </w:r>
    </w:p>
    <w:p w14:paraId="54598C82" w14:textId="77777777" w:rsidR="00A276DE" w:rsidRPr="005F446C" w:rsidRDefault="000A6732">
      <w:pPr>
        <w:rPr>
          <w:lang w:val="fi-FI"/>
        </w:rPr>
      </w:pPr>
      <w:r w:rsidRPr="005F446C">
        <w:rPr>
          <w:sz w:val="17"/>
          <w:lang w:val="fi-FI"/>
        </w:rPr>
        <w:t xml:space="preserve">3 = Opiskele sisällöt ja tee tehtävät </w:t>
      </w:r>
      <w:proofErr w:type="spellStart"/>
      <w:r w:rsidRPr="005F446C">
        <w:rPr>
          <w:sz w:val="17"/>
          <w:lang w:val="fi-FI"/>
        </w:rPr>
        <w:t>Peda.netissä</w:t>
      </w:r>
      <w:proofErr w:type="spellEnd"/>
      <w:r w:rsidRPr="005F446C">
        <w:rPr>
          <w:sz w:val="17"/>
          <w:lang w:val="fi-FI"/>
        </w:rPr>
        <w:t>.</w:t>
      </w:r>
    </w:p>
    <w:p w14:paraId="0A704D18" w14:textId="77777777" w:rsidR="00A276DE" w:rsidRPr="005F446C" w:rsidRDefault="000A6732">
      <w:pPr>
        <w:rPr>
          <w:lang w:val="fi-FI"/>
        </w:rPr>
      </w:pPr>
      <w:r w:rsidRPr="005F446C">
        <w:rPr>
          <w:sz w:val="17"/>
          <w:lang w:val="fi-FI"/>
        </w:rPr>
        <w:t xml:space="preserve">4 = Osaaminen arvioidaan osin tai kokonaan käytännön toiminnassa. Merkityillä kursseilla lisäksi tehtävä(t) </w:t>
      </w:r>
      <w:proofErr w:type="spellStart"/>
      <w:r w:rsidRPr="005F446C">
        <w:rPr>
          <w:sz w:val="17"/>
          <w:lang w:val="fi-FI"/>
        </w:rPr>
        <w:t>Peda.netissä</w:t>
      </w:r>
      <w:proofErr w:type="spellEnd"/>
      <w:r w:rsidRPr="005F446C">
        <w:rPr>
          <w:sz w:val="17"/>
          <w:lang w:val="fi-FI"/>
        </w:rPr>
        <w:t>.</w:t>
      </w:r>
    </w:p>
    <w:p w14:paraId="67B25354" w14:textId="77777777" w:rsidR="00A276DE" w:rsidRPr="005F446C" w:rsidRDefault="000A6732">
      <w:pPr>
        <w:pStyle w:val="Otsikko"/>
        <w:pageBreakBefore/>
        <w:rPr>
          <w:lang w:val="fi-FI"/>
        </w:rPr>
      </w:pPr>
      <w:r w:rsidRPr="005F446C">
        <w:rPr>
          <w:lang w:val="fi-FI"/>
        </w:rPr>
        <w:lastRenderedPageBreak/>
        <w:t xml:space="preserve">Valinnaiset </w:t>
      </w:r>
      <w:proofErr w:type="spellStart"/>
      <w:r w:rsidRPr="005F446C">
        <w:rPr>
          <w:lang w:val="fi-FI"/>
        </w:rPr>
        <w:t>YTOt</w:t>
      </w:r>
      <w:proofErr w:type="spellEnd"/>
      <w:r w:rsidRPr="005F446C">
        <w:rPr>
          <w:lang w:val="fi-FI"/>
        </w:rPr>
        <w:t xml:space="preserve"> · valitse yhteensä 9 </w:t>
      </w:r>
      <w:proofErr w:type="spellStart"/>
      <w:r w:rsidRPr="005F446C">
        <w:rPr>
          <w:lang w:val="fi-FI"/>
        </w:rPr>
        <w:t>osp</w:t>
      </w:r>
      <w:proofErr w:type="spellEnd"/>
    </w:p>
    <w:p w14:paraId="3DAE2802" w14:textId="78288AF7" w:rsidR="005F446C" w:rsidRPr="005F446C" w:rsidRDefault="000A6732" w:rsidP="005F446C">
      <w:pPr>
        <w:rPr>
          <w:lang w:val="fi-FI"/>
        </w:rPr>
      </w:pPr>
      <w:r w:rsidRPr="005F446C">
        <w:rPr>
          <w:sz w:val="19"/>
          <w:lang w:val="fi-FI"/>
        </w:rPr>
        <w:t xml:space="preserve">Merkitse valitsemasi opinnot rastilla ja sovi suorituksista </w:t>
      </w:r>
      <w:proofErr w:type="spellStart"/>
      <w:r w:rsidRPr="005F446C">
        <w:rPr>
          <w:sz w:val="19"/>
          <w:lang w:val="fi-FI"/>
        </w:rPr>
        <w:t>HOKSissa</w:t>
      </w:r>
      <w:proofErr w:type="spellEnd"/>
      <w:r w:rsidRPr="005F446C">
        <w:rPr>
          <w:sz w:val="19"/>
          <w:lang w:val="fi-FI"/>
        </w:rPr>
        <w:t>. Kirjaa opettajan nimi ja päivämäärät.</w:t>
      </w:r>
      <w:r w:rsidR="005F446C" w:rsidRPr="005F446C">
        <w:rPr>
          <w:sz w:val="20"/>
          <w:lang w:val="fi-FI"/>
        </w:rPr>
        <w:t xml:space="preserve"> </w:t>
      </w:r>
    </w:p>
    <w:tbl>
      <w:tblPr>
        <w:tblStyle w:val="TaulukkoRuudukko"/>
        <w:tblW w:w="0" w:type="auto"/>
        <w:tblLayout w:type="fixed"/>
        <w:tblLook w:val="04A0" w:firstRow="1" w:lastRow="0" w:firstColumn="1" w:lastColumn="0" w:noHBand="0" w:noVBand="1"/>
      </w:tblPr>
      <w:tblGrid>
        <w:gridCol w:w="5665"/>
        <w:gridCol w:w="567"/>
        <w:gridCol w:w="1276"/>
        <w:gridCol w:w="3112"/>
        <w:gridCol w:w="1678"/>
        <w:gridCol w:w="1830"/>
        <w:gridCol w:w="1312"/>
      </w:tblGrid>
      <w:tr w:rsidR="00A276DE" w14:paraId="07091D15" w14:textId="77777777" w:rsidTr="003515C3">
        <w:trPr>
          <w:cantSplit/>
          <w:trHeight w:val="407"/>
          <w:tblHeader/>
        </w:trPr>
        <w:tc>
          <w:tcPr>
            <w:tcW w:w="5665" w:type="dxa"/>
            <w:shd w:val="clear" w:color="auto" w:fill="DFEBEE"/>
            <w:tcMar>
              <w:top w:w="55" w:type="dxa"/>
              <w:left w:w="55" w:type="dxa"/>
              <w:bottom w:w="55" w:type="dxa"/>
              <w:right w:w="55" w:type="dxa"/>
            </w:tcMar>
            <w:vAlign w:val="center"/>
          </w:tcPr>
          <w:p w14:paraId="5B359CC0" w14:textId="77777777" w:rsidR="00A276DE" w:rsidRDefault="000A6732">
            <w:pPr>
              <w:spacing w:after="0"/>
            </w:pPr>
            <w:r>
              <w:rPr>
                <w:b/>
                <w:sz w:val="17"/>
              </w:rPr>
              <w:t>YTO-</w:t>
            </w:r>
            <w:proofErr w:type="spellStart"/>
            <w:r>
              <w:rPr>
                <w:b/>
                <w:sz w:val="17"/>
              </w:rPr>
              <w:t>osa</w:t>
            </w:r>
            <w:proofErr w:type="spellEnd"/>
            <w:r>
              <w:rPr>
                <w:b/>
                <w:sz w:val="17"/>
              </w:rPr>
              <w:t>-</w:t>
            </w:r>
            <w:proofErr w:type="spellStart"/>
            <w:r>
              <w:rPr>
                <w:b/>
                <w:sz w:val="17"/>
              </w:rPr>
              <w:t>alue</w:t>
            </w:r>
            <w:proofErr w:type="spellEnd"/>
            <w:r>
              <w:rPr>
                <w:b/>
                <w:sz w:val="17"/>
              </w:rPr>
              <w:t xml:space="preserve"> / </w:t>
            </w:r>
            <w:proofErr w:type="spellStart"/>
            <w:r>
              <w:rPr>
                <w:b/>
                <w:sz w:val="17"/>
              </w:rPr>
              <w:t>valinta</w:t>
            </w:r>
            <w:proofErr w:type="spellEnd"/>
            <w:r>
              <w:rPr>
                <w:b/>
                <w:sz w:val="17"/>
              </w:rPr>
              <w:t xml:space="preserve"> ☐</w:t>
            </w:r>
          </w:p>
        </w:tc>
        <w:tc>
          <w:tcPr>
            <w:tcW w:w="567" w:type="dxa"/>
            <w:shd w:val="clear" w:color="auto" w:fill="DFEBEE"/>
            <w:tcMar>
              <w:top w:w="55" w:type="dxa"/>
              <w:left w:w="55" w:type="dxa"/>
              <w:bottom w:w="55" w:type="dxa"/>
              <w:right w:w="55" w:type="dxa"/>
            </w:tcMar>
            <w:vAlign w:val="center"/>
          </w:tcPr>
          <w:p w14:paraId="32CB5CAC" w14:textId="77777777" w:rsidR="00A276DE" w:rsidRDefault="000A6732">
            <w:pPr>
              <w:spacing w:after="0"/>
            </w:pPr>
            <w:r>
              <w:rPr>
                <w:b/>
                <w:sz w:val="17"/>
              </w:rPr>
              <w:t>osp</w:t>
            </w:r>
          </w:p>
        </w:tc>
        <w:tc>
          <w:tcPr>
            <w:tcW w:w="1276" w:type="dxa"/>
            <w:shd w:val="clear" w:color="auto" w:fill="DFEBEE"/>
            <w:tcMar>
              <w:top w:w="55" w:type="dxa"/>
              <w:left w:w="55" w:type="dxa"/>
              <w:bottom w:w="55" w:type="dxa"/>
              <w:right w:w="55" w:type="dxa"/>
            </w:tcMar>
            <w:vAlign w:val="center"/>
          </w:tcPr>
          <w:p w14:paraId="3EAF140B" w14:textId="77777777" w:rsidR="00A276DE" w:rsidRDefault="000A6732">
            <w:pPr>
              <w:spacing w:after="0"/>
            </w:pPr>
            <w:r>
              <w:rPr>
                <w:b/>
                <w:sz w:val="17"/>
              </w:rPr>
              <w:t>Suoritustapa</w:t>
            </w:r>
          </w:p>
        </w:tc>
        <w:tc>
          <w:tcPr>
            <w:tcW w:w="3112" w:type="dxa"/>
            <w:shd w:val="clear" w:color="auto" w:fill="DFEBEE"/>
            <w:tcMar>
              <w:top w:w="55" w:type="dxa"/>
              <w:left w:w="55" w:type="dxa"/>
              <w:bottom w:w="55" w:type="dxa"/>
              <w:right w:w="55" w:type="dxa"/>
            </w:tcMar>
            <w:vAlign w:val="center"/>
          </w:tcPr>
          <w:p w14:paraId="5DA0B081" w14:textId="77777777" w:rsidR="00A276DE" w:rsidRDefault="000A6732">
            <w:pPr>
              <w:spacing w:after="0"/>
            </w:pPr>
            <w:r>
              <w:rPr>
                <w:b/>
                <w:sz w:val="17"/>
              </w:rPr>
              <w:t>Opettajan nimi</w:t>
            </w:r>
          </w:p>
        </w:tc>
        <w:tc>
          <w:tcPr>
            <w:tcW w:w="1678" w:type="dxa"/>
            <w:shd w:val="clear" w:color="auto" w:fill="DFEBEE"/>
            <w:tcMar>
              <w:top w:w="55" w:type="dxa"/>
              <w:left w:w="55" w:type="dxa"/>
              <w:bottom w:w="55" w:type="dxa"/>
              <w:right w:w="55" w:type="dxa"/>
            </w:tcMar>
            <w:vAlign w:val="center"/>
          </w:tcPr>
          <w:p w14:paraId="78A01BC7" w14:textId="77777777" w:rsidR="00A276DE" w:rsidRDefault="000A6732">
            <w:pPr>
              <w:spacing w:after="0"/>
            </w:pPr>
            <w:r>
              <w:rPr>
                <w:b/>
                <w:sz w:val="17"/>
              </w:rPr>
              <w:t>Tavoite:</w:t>
            </w:r>
            <w:r>
              <w:rPr>
                <w:b/>
                <w:sz w:val="17"/>
              </w:rPr>
              <w:br/>
              <w:t>valmis pvm</w:t>
            </w:r>
          </w:p>
        </w:tc>
        <w:tc>
          <w:tcPr>
            <w:tcW w:w="1830" w:type="dxa"/>
            <w:shd w:val="clear" w:color="auto" w:fill="DFEBEE"/>
            <w:tcMar>
              <w:top w:w="55" w:type="dxa"/>
              <w:left w:w="55" w:type="dxa"/>
              <w:bottom w:w="55" w:type="dxa"/>
              <w:right w:w="55" w:type="dxa"/>
            </w:tcMar>
            <w:vAlign w:val="center"/>
          </w:tcPr>
          <w:p w14:paraId="3156961B" w14:textId="77777777" w:rsidR="00A276DE" w:rsidRDefault="000A6732">
            <w:pPr>
              <w:spacing w:after="0"/>
            </w:pPr>
            <w:r>
              <w:rPr>
                <w:b/>
                <w:sz w:val="17"/>
              </w:rPr>
              <w:t>Tentti / arviointi</w:t>
            </w:r>
            <w:r>
              <w:rPr>
                <w:b/>
                <w:sz w:val="17"/>
              </w:rPr>
              <w:br/>
              <w:t>pvm</w:t>
            </w:r>
          </w:p>
        </w:tc>
        <w:tc>
          <w:tcPr>
            <w:tcW w:w="1312" w:type="dxa"/>
            <w:shd w:val="clear" w:color="auto" w:fill="DFEBEE"/>
            <w:tcMar>
              <w:top w:w="55" w:type="dxa"/>
              <w:left w:w="55" w:type="dxa"/>
              <w:bottom w:w="55" w:type="dxa"/>
              <w:right w:w="55" w:type="dxa"/>
            </w:tcMar>
            <w:vAlign w:val="center"/>
          </w:tcPr>
          <w:p w14:paraId="61C96A8A" w14:textId="77777777" w:rsidR="00A276DE" w:rsidRDefault="000A6732">
            <w:pPr>
              <w:spacing w:after="0"/>
            </w:pPr>
            <w:r>
              <w:rPr>
                <w:b/>
                <w:sz w:val="17"/>
              </w:rPr>
              <w:t>Suoritettu</w:t>
            </w:r>
            <w:r>
              <w:rPr>
                <w:b/>
                <w:sz w:val="17"/>
              </w:rPr>
              <w:br/>
              <w:t>pvm</w:t>
            </w:r>
          </w:p>
        </w:tc>
      </w:tr>
      <w:tr w:rsidR="00A276DE" w14:paraId="5E3E0877" w14:textId="77777777" w:rsidTr="003515C3">
        <w:trPr>
          <w:cantSplit/>
          <w:trHeight w:val="345"/>
        </w:trPr>
        <w:tc>
          <w:tcPr>
            <w:tcW w:w="5665" w:type="dxa"/>
            <w:tcMar>
              <w:top w:w="55" w:type="dxa"/>
              <w:left w:w="55" w:type="dxa"/>
              <w:bottom w:w="55" w:type="dxa"/>
              <w:right w:w="55" w:type="dxa"/>
            </w:tcMar>
            <w:vAlign w:val="center"/>
          </w:tcPr>
          <w:p w14:paraId="03AD6628" w14:textId="77777777" w:rsidR="00A276DE" w:rsidRPr="005F446C" w:rsidRDefault="000A6732">
            <w:pPr>
              <w:spacing w:after="0"/>
              <w:rPr>
                <w:lang w:val="fi-FI"/>
              </w:rPr>
            </w:pPr>
            <w:r w:rsidRPr="005F446C">
              <w:rPr>
                <w:sz w:val="17"/>
                <w:lang w:val="fi-FI"/>
              </w:rPr>
              <w:t>☐</w:t>
            </w:r>
            <w:r w:rsidRPr="005F446C">
              <w:rPr>
                <w:sz w:val="17"/>
                <w:lang w:val="fi-FI"/>
              </w:rPr>
              <w:t xml:space="preserve"> Viestintä ja vuorovaikutus äidinkielellä: suomi tai suomi toisena kielenä</w:t>
            </w:r>
          </w:p>
        </w:tc>
        <w:tc>
          <w:tcPr>
            <w:tcW w:w="567" w:type="dxa"/>
            <w:tcMar>
              <w:top w:w="55" w:type="dxa"/>
              <w:left w:w="55" w:type="dxa"/>
              <w:bottom w:w="55" w:type="dxa"/>
              <w:right w:w="55" w:type="dxa"/>
            </w:tcMar>
            <w:vAlign w:val="center"/>
          </w:tcPr>
          <w:p w14:paraId="2E34B080"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3663D92B" w14:textId="77777777" w:rsidR="00A276DE" w:rsidRDefault="000A6732">
            <w:pPr>
              <w:spacing w:after="0"/>
            </w:pPr>
            <w:r>
              <w:rPr>
                <w:sz w:val="17"/>
              </w:rPr>
              <w:t>2</w:t>
            </w:r>
          </w:p>
        </w:tc>
        <w:tc>
          <w:tcPr>
            <w:tcW w:w="3112" w:type="dxa"/>
            <w:tcMar>
              <w:top w:w="55" w:type="dxa"/>
              <w:left w:w="55" w:type="dxa"/>
              <w:bottom w:w="55" w:type="dxa"/>
              <w:right w:w="55" w:type="dxa"/>
            </w:tcMar>
            <w:vAlign w:val="center"/>
          </w:tcPr>
          <w:p w14:paraId="2F8F2914" w14:textId="77777777" w:rsidR="00A276DE" w:rsidRDefault="00A276DE">
            <w:pPr>
              <w:spacing w:after="0"/>
            </w:pPr>
          </w:p>
        </w:tc>
        <w:tc>
          <w:tcPr>
            <w:tcW w:w="1678" w:type="dxa"/>
            <w:tcMar>
              <w:top w:w="55" w:type="dxa"/>
              <w:left w:w="55" w:type="dxa"/>
              <w:bottom w:w="55" w:type="dxa"/>
              <w:right w:w="55" w:type="dxa"/>
            </w:tcMar>
            <w:vAlign w:val="center"/>
          </w:tcPr>
          <w:p w14:paraId="2227B1AB" w14:textId="77777777" w:rsidR="00A276DE" w:rsidRDefault="00A276DE">
            <w:pPr>
              <w:spacing w:after="0"/>
            </w:pPr>
          </w:p>
        </w:tc>
        <w:tc>
          <w:tcPr>
            <w:tcW w:w="1830" w:type="dxa"/>
            <w:tcMar>
              <w:top w:w="55" w:type="dxa"/>
              <w:left w:w="55" w:type="dxa"/>
              <w:bottom w:w="55" w:type="dxa"/>
              <w:right w:w="55" w:type="dxa"/>
            </w:tcMar>
            <w:vAlign w:val="center"/>
          </w:tcPr>
          <w:p w14:paraId="67D7B8F2" w14:textId="77777777" w:rsidR="00A276DE" w:rsidRDefault="00A276DE">
            <w:pPr>
              <w:spacing w:after="0"/>
            </w:pPr>
          </w:p>
        </w:tc>
        <w:tc>
          <w:tcPr>
            <w:tcW w:w="1312" w:type="dxa"/>
            <w:tcMar>
              <w:top w:w="55" w:type="dxa"/>
              <w:left w:w="55" w:type="dxa"/>
              <w:bottom w:w="55" w:type="dxa"/>
              <w:right w:w="55" w:type="dxa"/>
            </w:tcMar>
            <w:vAlign w:val="center"/>
          </w:tcPr>
          <w:p w14:paraId="59DF1539" w14:textId="77777777" w:rsidR="00A276DE" w:rsidRDefault="00A276DE">
            <w:pPr>
              <w:spacing w:after="0"/>
            </w:pPr>
          </w:p>
        </w:tc>
      </w:tr>
      <w:tr w:rsidR="00A276DE" w14:paraId="1F8D6F34" w14:textId="77777777" w:rsidTr="003515C3">
        <w:trPr>
          <w:cantSplit/>
          <w:trHeight w:val="345"/>
        </w:trPr>
        <w:tc>
          <w:tcPr>
            <w:tcW w:w="5665" w:type="dxa"/>
            <w:tcMar>
              <w:top w:w="55" w:type="dxa"/>
              <w:left w:w="55" w:type="dxa"/>
              <w:bottom w:w="55" w:type="dxa"/>
              <w:right w:w="55" w:type="dxa"/>
            </w:tcMar>
            <w:vAlign w:val="center"/>
          </w:tcPr>
          <w:p w14:paraId="0CD7B87E" w14:textId="77777777" w:rsidR="00A276DE" w:rsidRPr="005F446C" w:rsidRDefault="000A6732">
            <w:pPr>
              <w:spacing w:after="0"/>
              <w:rPr>
                <w:lang w:val="fi-FI"/>
              </w:rPr>
            </w:pPr>
            <w:r w:rsidRPr="005F446C">
              <w:rPr>
                <w:sz w:val="17"/>
                <w:lang w:val="fi-FI"/>
              </w:rPr>
              <w:t>☐</w:t>
            </w:r>
            <w:r w:rsidRPr="005F446C">
              <w:rPr>
                <w:sz w:val="17"/>
                <w:lang w:val="fi-FI"/>
              </w:rPr>
              <w:t xml:space="preserve"> Viestintä ja vuorovaikutus toisella kotimaisella kielellä: ruotsi</w:t>
            </w:r>
          </w:p>
        </w:tc>
        <w:tc>
          <w:tcPr>
            <w:tcW w:w="567" w:type="dxa"/>
            <w:tcMar>
              <w:top w:w="55" w:type="dxa"/>
              <w:left w:w="55" w:type="dxa"/>
              <w:bottom w:w="55" w:type="dxa"/>
              <w:right w:w="55" w:type="dxa"/>
            </w:tcMar>
            <w:vAlign w:val="center"/>
          </w:tcPr>
          <w:p w14:paraId="4ACD6588"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44BCEF3E" w14:textId="77777777" w:rsidR="00A276DE" w:rsidRDefault="000A6732">
            <w:pPr>
              <w:spacing w:after="0"/>
            </w:pPr>
            <w:r>
              <w:rPr>
                <w:sz w:val="17"/>
              </w:rPr>
              <w:t>2 + suullinen</w:t>
            </w:r>
          </w:p>
        </w:tc>
        <w:tc>
          <w:tcPr>
            <w:tcW w:w="3112" w:type="dxa"/>
            <w:tcMar>
              <w:top w:w="55" w:type="dxa"/>
              <w:left w:w="55" w:type="dxa"/>
              <w:bottom w:w="55" w:type="dxa"/>
              <w:right w:w="55" w:type="dxa"/>
            </w:tcMar>
            <w:vAlign w:val="center"/>
          </w:tcPr>
          <w:p w14:paraId="1F32F963" w14:textId="77777777" w:rsidR="00A276DE" w:rsidRDefault="00A276DE">
            <w:pPr>
              <w:spacing w:after="0"/>
            </w:pPr>
          </w:p>
        </w:tc>
        <w:tc>
          <w:tcPr>
            <w:tcW w:w="1678" w:type="dxa"/>
            <w:tcMar>
              <w:top w:w="55" w:type="dxa"/>
              <w:left w:w="55" w:type="dxa"/>
              <w:bottom w:w="55" w:type="dxa"/>
              <w:right w:w="55" w:type="dxa"/>
            </w:tcMar>
            <w:vAlign w:val="center"/>
          </w:tcPr>
          <w:p w14:paraId="019618F8" w14:textId="77777777" w:rsidR="00A276DE" w:rsidRDefault="00A276DE">
            <w:pPr>
              <w:spacing w:after="0"/>
            </w:pPr>
          </w:p>
        </w:tc>
        <w:tc>
          <w:tcPr>
            <w:tcW w:w="1830" w:type="dxa"/>
            <w:tcMar>
              <w:top w:w="55" w:type="dxa"/>
              <w:left w:w="55" w:type="dxa"/>
              <w:bottom w:w="55" w:type="dxa"/>
              <w:right w:w="55" w:type="dxa"/>
            </w:tcMar>
            <w:vAlign w:val="center"/>
          </w:tcPr>
          <w:p w14:paraId="764898F0" w14:textId="77777777" w:rsidR="00A276DE" w:rsidRDefault="00A276DE">
            <w:pPr>
              <w:spacing w:after="0"/>
            </w:pPr>
          </w:p>
        </w:tc>
        <w:tc>
          <w:tcPr>
            <w:tcW w:w="1312" w:type="dxa"/>
            <w:tcMar>
              <w:top w:w="55" w:type="dxa"/>
              <w:left w:w="55" w:type="dxa"/>
              <w:bottom w:w="55" w:type="dxa"/>
              <w:right w:w="55" w:type="dxa"/>
            </w:tcMar>
            <w:vAlign w:val="center"/>
          </w:tcPr>
          <w:p w14:paraId="5A202DE4" w14:textId="77777777" w:rsidR="00A276DE" w:rsidRDefault="00A276DE">
            <w:pPr>
              <w:spacing w:after="0"/>
            </w:pPr>
          </w:p>
        </w:tc>
      </w:tr>
      <w:tr w:rsidR="00A276DE" w14:paraId="2499B066" w14:textId="77777777" w:rsidTr="003515C3">
        <w:trPr>
          <w:cantSplit/>
          <w:trHeight w:val="345"/>
        </w:trPr>
        <w:tc>
          <w:tcPr>
            <w:tcW w:w="5665" w:type="dxa"/>
            <w:tcMar>
              <w:top w:w="55" w:type="dxa"/>
              <w:left w:w="55" w:type="dxa"/>
              <w:bottom w:w="55" w:type="dxa"/>
              <w:right w:w="55" w:type="dxa"/>
            </w:tcMar>
            <w:vAlign w:val="center"/>
          </w:tcPr>
          <w:p w14:paraId="0FEFDC89" w14:textId="77777777" w:rsidR="00A276DE" w:rsidRPr="005F446C" w:rsidRDefault="000A6732">
            <w:pPr>
              <w:spacing w:after="0"/>
              <w:rPr>
                <w:lang w:val="fi-FI"/>
              </w:rPr>
            </w:pPr>
            <w:r w:rsidRPr="005F446C">
              <w:rPr>
                <w:sz w:val="17"/>
                <w:lang w:val="fi-FI"/>
              </w:rPr>
              <w:t>☐</w:t>
            </w:r>
            <w:r w:rsidRPr="005F446C">
              <w:rPr>
                <w:sz w:val="17"/>
                <w:lang w:val="fi-FI"/>
              </w:rPr>
              <w:t xml:space="preserve"> Viestintä ja vuorovaikutus vieraalla kielellä: englanti</w:t>
            </w:r>
          </w:p>
        </w:tc>
        <w:tc>
          <w:tcPr>
            <w:tcW w:w="567" w:type="dxa"/>
            <w:tcMar>
              <w:top w:w="55" w:type="dxa"/>
              <w:left w:w="55" w:type="dxa"/>
              <w:bottom w:w="55" w:type="dxa"/>
              <w:right w:w="55" w:type="dxa"/>
            </w:tcMar>
            <w:vAlign w:val="center"/>
          </w:tcPr>
          <w:p w14:paraId="7FEC218C"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20CFF764" w14:textId="77777777" w:rsidR="00A276DE" w:rsidRDefault="000A6732">
            <w:pPr>
              <w:spacing w:after="0"/>
            </w:pPr>
            <w:r>
              <w:rPr>
                <w:sz w:val="17"/>
              </w:rPr>
              <w:t>2 + suullinen</w:t>
            </w:r>
          </w:p>
        </w:tc>
        <w:tc>
          <w:tcPr>
            <w:tcW w:w="3112" w:type="dxa"/>
            <w:tcMar>
              <w:top w:w="55" w:type="dxa"/>
              <w:left w:w="55" w:type="dxa"/>
              <w:bottom w:w="55" w:type="dxa"/>
              <w:right w:w="55" w:type="dxa"/>
            </w:tcMar>
            <w:vAlign w:val="center"/>
          </w:tcPr>
          <w:p w14:paraId="655270CC" w14:textId="77777777" w:rsidR="00A276DE" w:rsidRDefault="00A276DE">
            <w:pPr>
              <w:spacing w:after="0"/>
            </w:pPr>
          </w:p>
        </w:tc>
        <w:tc>
          <w:tcPr>
            <w:tcW w:w="1678" w:type="dxa"/>
            <w:tcMar>
              <w:top w:w="55" w:type="dxa"/>
              <w:left w:w="55" w:type="dxa"/>
              <w:bottom w:w="55" w:type="dxa"/>
              <w:right w:w="55" w:type="dxa"/>
            </w:tcMar>
            <w:vAlign w:val="center"/>
          </w:tcPr>
          <w:p w14:paraId="26BE282A" w14:textId="77777777" w:rsidR="00A276DE" w:rsidRDefault="00A276DE">
            <w:pPr>
              <w:spacing w:after="0"/>
            </w:pPr>
          </w:p>
        </w:tc>
        <w:tc>
          <w:tcPr>
            <w:tcW w:w="1830" w:type="dxa"/>
            <w:tcMar>
              <w:top w:w="55" w:type="dxa"/>
              <w:left w:w="55" w:type="dxa"/>
              <w:bottom w:w="55" w:type="dxa"/>
              <w:right w:w="55" w:type="dxa"/>
            </w:tcMar>
            <w:vAlign w:val="center"/>
          </w:tcPr>
          <w:p w14:paraId="681795DE" w14:textId="77777777" w:rsidR="00A276DE" w:rsidRDefault="00A276DE">
            <w:pPr>
              <w:spacing w:after="0"/>
            </w:pPr>
          </w:p>
        </w:tc>
        <w:tc>
          <w:tcPr>
            <w:tcW w:w="1312" w:type="dxa"/>
            <w:tcMar>
              <w:top w:w="55" w:type="dxa"/>
              <w:left w:w="55" w:type="dxa"/>
              <w:bottom w:w="55" w:type="dxa"/>
              <w:right w:w="55" w:type="dxa"/>
            </w:tcMar>
            <w:vAlign w:val="center"/>
          </w:tcPr>
          <w:p w14:paraId="6BDD51D8" w14:textId="77777777" w:rsidR="00A276DE" w:rsidRDefault="00A276DE">
            <w:pPr>
              <w:spacing w:after="0"/>
            </w:pPr>
          </w:p>
        </w:tc>
      </w:tr>
      <w:tr w:rsidR="00A276DE" w14:paraId="0061EA1D" w14:textId="77777777" w:rsidTr="003515C3">
        <w:trPr>
          <w:cantSplit/>
          <w:trHeight w:val="345"/>
        </w:trPr>
        <w:tc>
          <w:tcPr>
            <w:tcW w:w="5665" w:type="dxa"/>
            <w:tcMar>
              <w:top w:w="55" w:type="dxa"/>
              <w:left w:w="55" w:type="dxa"/>
              <w:bottom w:w="55" w:type="dxa"/>
              <w:right w:w="55" w:type="dxa"/>
            </w:tcMar>
            <w:vAlign w:val="center"/>
          </w:tcPr>
          <w:p w14:paraId="3711064E" w14:textId="77777777" w:rsidR="00A276DE" w:rsidRDefault="000A6732">
            <w:pPr>
              <w:spacing w:after="0"/>
            </w:pPr>
            <w:r>
              <w:rPr>
                <w:sz w:val="17"/>
              </w:rPr>
              <w:t>☐</w:t>
            </w:r>
            <w:r>
              <w:rPr>
                <w:sz w:val="17"/>
              </w:rPr>
              <w:t xml:space="preserve"> Taide ja luova ilmaisu</w:t>
            </w:r>
          </w:p>
        </w:tc>
        <w:tc>
          <w:tcPr>
            <w:tcW w:w="567" w:type="dxa"/>
            <w:tcMar>
              <w:top w:w="55" w:type="dxa"/>
              <w:left w:w="55" w:type="dxa"/>
              <w:bottom w:w="55" w:type="dxa"/>
              <w:right w:w="55" w:type="dxa"/>
            </w:tcMar>
            <w:vAlign w:val="center"/>
          </w:tcPr>
          <w:p w14:paraId="232BC298"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60D4F60B" w14:textId="77777777" w:rsidR="00A276DE" w:rsidRDefault="000A6732">
            <w:pPr>
              <w:spacing w:after="0"/>
            </w:pPr>
            <w:r>
              <w:rPr>
                <w:sz w:val="17"/>
              </w:rPr>
              <w:t>3</w:t>
            </w:r>
          </w:p>
        </w:tc>
        <w:tc>
          <w:tcPr>
            <w:tcW w:w="3112" w:type="dxa"/>
            <w:tcMar>
              <w:top w:w="55" w:type="dxa"/>
              <w:left w:w="55" w:type="dxa"/>
              <w:bottom w:w="55" w:type="dxa"/>
              <w:right w:w="55" w:type="dxa"/>
            </w:tcMar>
            <w:vAlign w:val="center"/>
          </w:tcPr>
          <w:p w14:paraId="64EFE002" w14:textId="77777777" w:rsidR="00A276DE" w:rsidRDefault="00A276DE">
            <w:pPr>
              <w:spacing w:after="0"/>
            </w:pPr>
          </w:p>
        </w:tc>
        <w:tc>
          <w:tcPr>
            <w:tcW w:w="1678" w:type="dxa"/>
            <w:tcMar>
              <w:top w:w="55" w:type="dxa"/>
              <w:left w:w="55" w:type="dxa"/>
              <w:bottom w:w="55" w:type="dxa"/>
              <w:right w:w="55" w:type="dxa"/>
            </w:tcMar>
            <w:vAlign w:val="center"/>
          </w:tcPr>
          <w:p w14:paraId="617188A9" w14:textId="77777777" w:rsidR="00A276DE" w:rsidRDefault="00A276DE">
            <w:pPr>
              <w:spacing w:after="0"/>
            </w:pPr>
          </w:p>
        </w:tc>
        <w:tc>
          <w:tcPr>
            <w:tcW w:w="1830" w:type="dxa"/>
            <w:tcMar>
              <w:top w:w="55" w:type="dxa"/>
              <w:left w:w="55" w:type="dxa"/>
              <w:bottom w:w="55" w:type="dxa"/>
              <w:right w:w="55" w:type="dxa"/>
            </w:tcMar>
            <w:vAlign w:val="center"/>
          </w:tcPr>
          <w:p w14:paraId="5B94B6BA" w14:textId="77777777" w:rsidR="00A276DE" w:rsidRDefault="00A276DE">
            <w:pPr>
              <w:spacing w:after="0"/>
            </w:pPr>
          </w:p>
        </w:tc>
        <w:tc>
          <w:tcPr>
            <w:tcW w:w="1312" w:type="dxa"/>
            <w:tcMar>
              <w:top w:w="55" w:type="dxa"/>
              <w:left w:w="55" w:type="dxa"/>
              <w:bottom w:w="55" w:type="dxa"/>
              <w:right w:w="55" w:type="dxa"/>
            </w:tcMar>
            <w:vAlign w:val="center"/>
          </w:tcPr>
          <w:p w14:paraId="7332D6A8" w14:textId="77777777" w:rsidR="00A276DE" w:rsidRDefault="00A276DE">
            <w:pPr>
              <w:spacing w:after="0"/>
            </w:pPr>
          </w:p>
        </w:tc>
      </w:tr>
      <w:tr w:rsidR="00A276DE" w14:paraId="35370C3B" w14:textId="77777777" w:rsidTr="003515C3">
        <w:trPr>
          <w:cantSplit/>
          <w:trHeight w:val="345"/>
        </w:trPr>
        <w:tc>
          <w:tcPr>
            <w:tcW w:w="5665" w:type="dxa"/>
            <w:tcMar>
              <w:top w:w="55" w:type="dxa"/>
              <w:left w:w="55" w:type="dxa"/>
              <w:bottom w:w="55" w:type="dxa"/>
              <w:right w:w="55" w:type="dxa"/>
            </w:tcMar>
            <w:vAlign w:val="center"/>
          </w:tcPr>
          <w:p w14:paraId="475F1069" w14:textId="77777777" w:rsidR="00A276DE" w:rsidRDefault="000A6732">
            <w:pPr>
              <w:spacing w:after="0"/>
            </w:pPr>
            <w:r>
              <w:rPr>
                <w:sz w:val="17"/>
              </w:rPr>
              <w:t>☐</w:t>
            </w:r>
            <w:r>
              <w:rPr>
                <w:sz w:val="17"/>
              </w:rPr>
              <w:t xml:space="preserve"> Työelämässä toimiminen: työelämän psykologia</w:t>
            </w:r>
          </w:p>
        </w:tc>
        <w:tc>
          <w:tcPr>
            <w:tcW w:w="567" w:type="dxa"/>
            <w:tcMar>
              <w:top w:w="55" w:type="dxa"/>
              <w:left w:w="55" w:type="dxa"/>
              <w:bottom w:w="55" w:type="dxa"/>
              <w:right w:w="55" w:type="dxa"/>
            </w:tcMar>
            <w:vAlign w:val="center"/>
          </w:tcPr>
          <w:p w14:paraId="250556A0"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58D90F1E" w14:textId="77777777" w:rsidR="00A276DE" w:rsidRDefault="000A6732">
            <w:pPr>
              <w:spacing w:after="0"/>
            </w:pPr>
            <w:r>
              <w:rPr>
                <w:sz w:val="17"/>
              </w:rPr>
              <w:t>1</w:t>
            </w:r>
          </w:p>
        </w:tc>
        <w:tc>
          <w:tcPr>
            <w:tcW w:w="3112" w:type="dxa"/>
            <w:tcMar>
              <w:top w:w="55" w:type="dxa"/>
              <w:left w:w="55" w:type="dxa"/>
              <w:bottom w:w="55" w:type="dxa"/>
              <w:right w:w="55" w:type="dxa"/>
            </w:tcMar>
            <w:vAlign w:val="center"/>
          </w:tcPr>
          <w:p w14:paraId="1A25C752" w14:textId="77777777" w:rsidR="00A276DE" w:rsidRDefault="00A276DE">
            <w:pPr>
              <w:spacing w:after="0"/>
            </w:pPr>
          </w:p>
        </w:tc>
        <w:tc>
          <w:tcPr>
            <w:tcW w:w="1678" w:type="dxa"/>
            <w:tcMar>
              <w:top w:w="55" w:type="dxa"/>
              <w:left w:w="55" w:type="dxa"/>
              <w:bottom w:w="55" w:type="dxa"/>
              <w:right w:w="55" w:type="dxa"/>
            </w:tcMar>
            <w:vAlign w:val="center"/>
          </w:tcPr>
          <w:p w14:paraId="365C4AF7" w14:textId="77777777" w:rsidR="00A276DE" w:rsidRDefault="00A276DE">
            <w:pPr>
              <w:spacing w:after="0"/>
            </w:pPr>
          </w:p>
        </w:tc>
        <w:tc>
          <w:tcPr>
            <w:tcW w:w="1830" w:type="dxa"/>
            <w:tcMar>
              <w:top w:w="55" w:type="dxa"/>
              <w:left w:w="55" w:type="dxa"/>
              <w:bottom w:w="55" w:type="dxa"/>
              <w:right w:w="55" w:type="dxa"/>
            </w:tcMar>
            <w:vAlign w:val="center"/>
          </w:tcPr>
          <w:p w14:paraId="0DB4A5B9" w14:textId="77777777" w:rsidR="00A276DE" w:rsidRDefault="00A276DE">
            <w:pPr>
              <w:spacing w:after="0"/>
            </w:pPr>
          </w:p>
        </w:tc>
        <w:tc>
          <w:tcPr>
            <w:tcW w:w="1312" w:type="dxa"/>
            <w:tcMar>
              <w:top w:w="55" w:type="dxa"/>
              <w:left w:w="55" w:type="dxa"/>
              <w:bottom w:w="55" w:type="dxa"/>
              <w:right w:w="55" w:type="dxa"/>
            </w:tcMar>
            <w:vAlign w:val="center"/>
          </w:tcPr>
          <w:p w14:paraId="66466254" w14:textId="77777777" w:rsidR="00A276DE" w:rsidRDefault="00A276DE">
            <w:pPr>
              <w:spacing w:after="0"/>
            </w:pPr>
          </w:p>
        </w:tc>
      </w:tr>
      <w:tr w:rsidR="00A276DE" w14:paraId="561A809A" w14:textId="77777777" w:rsidTr="003515C3">
        <w:trPr>
          <w:cantSplit/>
          <w:trHeight w:val="345"/>
        </w:trPr>
        <w:tc>
          <w:tcPr>
            <w:tcW w:w="5665" w:type="dxa"/>
            <w:tcMar>
              <w:top w:w="55" w:type="dxa"/>
              <w:left w:w="55" w:type="dxa"/>
              <w:bottom w:w="55" w:type="dxa"/>
              <w:right w:w="55" w:type="dxa"/>
            </w:tcMar>
            <w:vAlign w:val="center"/>
          </w:tcPr>
          <w:p w14:paraId="1BDCF380" w14:textId="77777777" w:rsidR="00A276DE" w:rsidRPr="005F446C" w:rsidRDefault="000A6732">
            <w:pPr>
              <w:spacing w:after="0"/>
              <w:rPr>
                <w:lang w:val="fi-FI"/>
              </w:rPr>
            </w:pPr>
            <w:r w:rsidRPr="005F446C">
              <w:rPr>
                <w:sz w:val="17"/>
                <w:lang w:val="fi-FI"/>
              </w:rPr>
              <w:t>☐</w:t>
            </w:r>
            <w:r w:rsidRPr="005F446C">
              <w:rPr>
                <w:sz w:val="17"/>
                <w:lang w:val="fi-FI"/>
              </w:rPr>
              <w:t xml:space="preserve"> Työelämässä toimiminen: alan ammattilaisena toimiminen</w:t>
            </w:r>
          </w:p>
        </w:tc>
        <w:tc>
          <w:tcPr>
            <w:tcW w:w="567" w:type="dxa"/>
            <w:tcMar>
              <w:top w:w="55" w:type="dxa"/>
              <w:left w:w="55" w:type="dxa"/>
              <w:bottom w:w="55" w:type="dxa"/>
              <w:right w:w="55" w:type="dxa"/>
            </w:tcMar>
            <w:vAlign w:val="center"/>
          </w:tcPr>
          <w:p w14:paraId="06763498"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7FCC5C71" w14:textId="77777777" w:rsidR="00A276DE" w:rsidRDefault="000A6732">
            <w:pPr>
              <w:spacing w:after="0"/>
            </w:pPr>
            <w:r>
              <w:rPr>
                <w:sz w:val="17"/>
              </w:rPr>
              <w:t>3</w:t>
            </w:r>
          </w:p>
        </w:tc>
        <w:tc>
          <w:tcPr>
            <w:tcW w:w="3112" w:type="dxa"/>
            <w:tcMar>
              <w:top w:w="55" w:type="dxa"/>
              <w:left w:w="55" w:type="dxa"/>
              <w:bottom w:w="55" w:type="dxa"/>
              <w:right w:w="55" w:type="dxa"/>
            </w:tcMar>
            <w:vAlign w:val="center"/>
          </w:tcPr>
          <w:p w14:paraId="5E036837" w14:textId="77777777" w:rsidR="00A276DE" w:rsidRDefault="00A276DE">
            <w:pPr>
              <w:spacing w:after="0"/>
            </w:pPr>
          </w:p>
        </w:tc>
        <w:tc>
          <w:tcPr>
            <w:tcW w:w="1678" w:type="dxa"/>
            <w:tcMar>
              <w:top w:w="55" w:type="dxa"/>
              <w:left w:w="55" w:type="dxa"/>
              <w:bottom w:w="55" w:type="dxa"/>
              <w:right w:w="55" w:type="dxa"/>
            </w:tcMar>
            <w:vAlign w:val="center"/>
          </w:tcPr>
          <w:p w14:paraId="43C1E7E9" w14:textId="77777777" w:rsidR="00A276DE" w:rsidRDefault="00A276DE">
            <w:pPr>
              <w:spacing w:after="0"/>
            </w:pPr>
          </w:p>
        </w:tc>
        <w:tc>
          <w:tcPr>
            <w:tcW w:w="1830" w:type="dxa"/>
            <w:tcMar>
              <w:top w:w="55" w:type="dxa"/>
              <w:left w:w="55" w:type="dxa"/>
              <w:bottom w:w="55" w:type="dxa"/>
              <w:right w:w="55" w:type="dxa"/>
            </w:tcMar>
            <w:vAlign w:val="center"/>
          </w:tcPr>
          <w:p w14:paraId="00EABEFF" w14:textId="77777777" w:rsidR="00A276DE" w:rsidRDefault="00A276DE">
            <w:pPr>
              <w:spacing w:after="0"/>
            </w:pPr>
          </w:p>
        </w:tc>
        <w:tc>
          <w:tcPr>
            <w:tcW w:w="1312" w:type="dxa"/>
            <w:tcMar>
              <w:top w:w="55" w:type="dxa"/>
              <w:left w:w="55" w:type="dxa"/>
              <w:bottom w:w="55" w:type="dxa"/>
              <w:right w:w="55" w:type="dxa"/>
            </w:tcMar>
            <w:vAlign w:val="center"/>
          </w:tcPr>
          <w:p w14:paraId="48ADFEF3" w14:textId="77777777" w:rsidR="00A276DE" w:rsidRDefault="00A276DE">
            <w:pPr>
              <w:spacing w:after="0"/>
            </w:pPr>
          </w:p>
        </w:tc>
      </w:tr>
      <w:tr w:rsidR="00A276DE" w14:paraId="4FC9CCB9" w14:textId="77777777" w:rsidTr="003515C3">
        <w:trPr>
          <w:cantSplit/>
          <w:trHeight w:val="345"/>
        </w:trPr>
        <w:tc>
          <w:tcPr>
            <w:tcW w:w="5665" w:type="dxa"/>
            <w:tcMar>
              <w:top w:w="55" w:type="dxa"/>
              <w:left w:w="55" w:type="dxa"/>
              <w:bottom w:w="55" w:type="dxa"/>
              <w:right w:w="55" w:type="dxa"/>
            </w:tcMar>
            <w:vAlign w:val="center"/>
          </w:tcPr>
          <w:p w14:paraId="51C46E75" w14:textId="77777777" w:rsidR="00A276DE" w:rsidRDefault="000A6732">
            <w:pPr>
              <w:spacing w:after="0"/>
            </w:pPr>
            <w:r>
              <w:rPr>
                <w:sz w:val="17"/>
              </w:rPr>
              <w:t>☐</w:t>
            </w:r>
            <w:r>
              <w:rPr>
                <w:sz w:val="17"/>
              </w:rPr>
              <w:t xml:space="preserve"> Työelämässä toimiminen</w:t>
            </w:r>
          </w:p>
        </w:tc>
        <w:tc>
          <w:tcPr>
            <w:tcW w:w="567" w:type="dxa"/>
            <w:tcMar>
              <w:top w:w="55" w:type="dxa"/>
              <w:left w:w="55" w:type="dxa"/>
              <w:bottom w:w="55" w:type="dxa"/>
              <w:right w:w="55" w:type="dxa"/>
            </w:tcMar>
            <w:vAlign w:val="center"/>
          </w:tcPr>
          <w:p w14:paraId="77CE6886"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448CDDB5" w14:textId="77777777" w:rsidR="00A276DE" w:rsidRDefault="000A6732">
            <w:pPr>
              <w:spacing w:after="0"/>
            </w:pPr>
            <w:r>
              <w:rPr>
                <w:sz w:val="17"/>
              </w:rPr>
              <w:t>4 + tehtävä</w:t>
            </w:r>
          </w:p>
        </w:tc>
        <w:tc>
          <w:tcPr>
            <w:tcW w:w="3112" w:type="dxa"/>
            <w:tcMar>
              <w:top w:w="55" w:type="dxa"/>
              <w:left w:w="55" w:type="dxa"/>
              <w:bottom w:w="55" w:type="dxa"/>
              <w:right w:w="55" w:type="dxa"/>
            </w:tcMar>
            <w:vAlign w:val="center"/>
          </w:tcPr>
          <w:p w14:paraId="6B223A80" w14:textId="77777777" w:rsidR="00A276DE" w:rsidRDefault="00A276DE">
            <w:pPr>
              <w:spacing w:after="0"/>
            </w:pPr>
          </w:p>
        </w:tc>
        <w:tc>
          <w:tcPr>
            <w:tcW w:w="1678" w:type="dxa"/>
            <w:tcMar>
              <w:top w:w="55" w:type="dxa"/>
              <w:left w:w="55" w:type="dxa"/>
              <w:bottom w:w="55" w:type="dxa"/>
              <w:right w:w="55" w:type="dxa"/>
            </w:tcMar>
            <w:vAlign w:val="center"/>
          </w:tcPr>
          <w:p w14:paraId="1B2B20DC" w14:textId="77777777" w:rsidR="00A276DE" w:rsidRDefault="00A276DE">
            <w:pPr>
              <w:spacing w:after="0"/>
            </w:pPr>
          </w:p>
        </w:tc>
        <w:tc>
          <w:tcPr>
            <w:tcW w:w="1830" w:type="dxa"/>
            <w:tcMar>
              <w:top w:w="55" w:type="dxa"/>
              <w:left w:w="55" w:type="dxa"/>
              <w:bottom w:w="55" w:type="dxa"/>
              <w:right w:w="55" w:type="dxa"/>
            </w:tcMar>
            <w:vAlign w:val="center"/>
          </w:tcPr>
          <w:p w14:paraId="6098622D" w14:textId="77777777" w:rsidR="00A276DE" w:rsidRDefault="00A276DE">
            <w:pPr>
              <w:spacing w:after="0"/>
            </w:pPr>
          </w:p>
        </w:tc>
        <w:tc>
          <w:tcPr>
            <w:tcW w:w="1312" w:type="dxa"/>
            <w:tcMar>
              <w:top w:w="55" w:type="dxa"/>
              <w:left w:w="55" w:type="dxa"/>
              <w:bottom w:w="55" w:type="dxa"/>
              <w:right w:w="55" w:type="dxa"/>
            </w:tcMar>
            <w:vAlign w:val="center"/>
          </w:tcPr>
          <w:p w14:paraId="50FB3269" w14:textId="77777777" w:rsidR="00A276DE" w:rsidRDefault="00A276DE">
            <w:pPr>
              <w:spacing w:after="0"/>
            </w:pPr>
          </w:p>
        </w:tc>
      </w:tr>
      <w:tr w:rsidR="00A276DE" w14:paraId="46389B69" w14:textId="77777777" w:rsidTr="003515C3">
        <w:trPr>
          <w:cantSplit/>
          <w:trHeight w:val="345"/>
        </w:trPr>
        <w:tc>
          <w:tcPr>
            <w:tcW w:w="5665" w:type="dxa"/>
            <w:tcMar>
              <w:top w:w="55" w:type="dxa"/>
              <w:left w:w="55" w:type="dxa"/>
              <w:bottom w:w="55" w:type="dxa"/>
              <w:right w:w="55" w:type="dxa"/>
            </w:tcMar>
            <w:vAlign w:val="center"/>
          </w:tcPr>
          <w:p w14:paraId="0BBFA23D" w14:textId="77777777" w:rsidR="00A276DE" w:rsidRPr="005F446C" w:rsidRDefault="000A6732">
            <w:pPr>
              <w:spacing w:after="0"/>
              <w:rPr>
                <w:lang w:val="fi-FI"/>
              </w:rPr>
            </w:pPr>
            <w:r w:rsidRPr="005F446C">
              <w:rPr>
                <w:sz w:val="17"/>
                <w:lang w:val="fi-FI"/>
              </w:rPr>
              <w:t>☐</w:t>
            </w:r>
            <w:r w:rsidRPr="005F446C">
              <w:rPr>
                <w:sz w:val="17"/>
                <w:lang w:val="fi-FI"/>
              </w:rPr>
              <w:t xml:space="preserve"> Liikunta ja terveystieto sekä työkyvyn ja hyvinvoinnin edistäminen</w:t>
            </w:r>
          </w:p>
        </w:tc>
        <w:tc>
          <w:tcPr>
            <w:tcW w:w="567" w:type="dxa"/>
            <w:tcMar>
              <w:top w:w="55" w:type="dxa"/>
              <w:left w:w="55" w:type="dxa"/>
              <w:bottom w:w="55" w:type="dxa"/>
              <w:right w:w="55" w:type="dxa"/>
            </w:tcMar>
            <w:vAlign w:val="center"/>
          </w:tcPr>
          <w:p w14:paraId="51BFA725"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407C1DFE" w14:textId="77777777" w:rsidR="00A276DE" w:rsidRDefault="000A6732">
            <w:pPr>
              <w:spacing w:after="0"/>
            </w:pPr>
            <w:r>
              <w:rPr>
                <w:sz w:val="17"/>
              </w:rPr>
              <w:t>3</w:t>
            </w:r>
          </w:p>
        </w:tc>
        <w:tc>
          <w:tcPr>
            <w:tcW w:w="3112" w:type="dxa"/>
            <w:tcMar>
              <w:top w:w="55" w:type="dxa"/>
              <w:left w:w="55" w:type="dxa"/>
              <w:bottom w:w="55" w:type="dxa"/>
              <w:right w:w="55" w:type="dxa"/>
            </w:tcMar>
            <w:vAlign w:val="center"/>
          </w:tcPr>
          <w:p w14:paraId="74977429" w14:textId="77777777" w:rsidR="00A276DE" w:rsidRDefault="00A276DE">
            <w:pPr>
              <w:spacing w:after="0"/>
            </w:pPr>
          </w:p>
        </w:tc>
        <w:tc>
          <w:tcPr>
            <w:tcW w:w="1678" w:type="dxa"/>
            <w:tcMar>
              <w:top w:w="55" w:type="dxa"/>
              <w:left w:w="55" w:type="dxa"/>
              <w:bottom w:w="55" w:type="dxa"/>
              <w:right w:w="55" w:type="dxa"/>
            </w:tcMar>
            <w:vAlign w:val="center"/>
          </w:tcPr>
          <w:p w14:paraId="71502F65" w14:textId="77777777" w:rsidR="00A276DE" w:rsidRDefault="00A276DE">
            <w:pPr>
              <w:spacing w:after="0"/>
            </w:pPr>
          </w:p>
        </w:tc>
        <w:tc>
          <w:tcPr>
            <w:tcW w:w="1830" w:type="dxa"/>
            <w:tcMar>
              <w:top w:w="55" w:type="dxa"/>
              <w:left w:w="55" w:type="dxa"/>
              <w:bottom w:w="55" w:type="dxa"/>
              <w:right w:w="55" w:type="dxa"/>
            </w:tcMar>
            <w:vAlign w:val="center"/>
          </w:tcPr>
          <w:p w14:paraId="2C37221D" w14:textId="77777777" w:rsidR="00A276DE" w:rsidRDefault="00A276DE">
            <w:pPr>
              <w:spacing w:after="0"/>
            </w:pPr>
          </w:p>
        </w:tc>
        <w:tc>
          <w:tcPr>
            <w:tcW w:w="1312" w:type="dxa"/>
            <w:tcMar>
              <w:top w:w="55" w:type="dxa"/>
              <w:left w:w="55" w:type="dxa"/>
              <w:bottom w:w="55" w:type="dxa"/>
              <w:right w:w="55" w:type="dxa"/>
            </w:tcMar>
            <w:vAlign w:val="center"/>
          </w:tcPr>
          <w:p w14:paraId="5A248614" w14:textId="77777777" w:rsidR="00A276DE" w:rsidRDefault="00A276DE">
            <w:pPr>
              <w:spacing w:after="0"/>
            </w:pPr>
          </w:p>
        </w:tc>
      </w:tr>
      <w:tr w:rsidR="00A276DE" w14:paraId="57E96818" w14:textId="77777777" w:rsidTr="003515C3">
        <w:trPr>
          <w:cantSplit/>
          <w:trHeight w:val="345"/>
        </w:trPr>
        <w:tc>
          <w:tcPr>
            <w:tcW w:w="5665" w:type="dxa"/>
            <w:tcMar>
              <w:top w:w="55" w:type="dxa"/>
              <w:left w:w="55" w:type="dxa"/>
              <w:bottom w:w="55" w:type="dxa"/>
              <w:right w:w="55" w:type="dxa"/>
            </w:tcMar>
            <w:vAlign w:val="center"/>
          </w:tcPr>
          <w:p w14:paraId="04AEE570" w14:textId="77777777" w:rsidR="00A276DE" w:rsidRDefault="000A6732">
            <w:pPr>
              <w:spacing w:after="0"/>
            </w:pPr>
            <w:r>
              <w:rPr>
                <w:sz w:val="17"/>
              </w:rPr>
              <w:t>☐</w:t>
            </w:r>
            <w:r>
              <w:rPr>
                <w:sz w:val="17"/>
              </w:rPr>
              <w:t xml:space="preserve"> Kestävän kehityksen edistäminen</w:t>
            </w:r>
          </w:p>
        </w:tc>
        <w:tc>
          <w:tcPr>
            <w:tcW w:w="567" w:type="dxa"/>
            <w:tcMar>
              <w:top w:w="55" w:type="dxa"/>
              <w:left w:w="55" w:type="dxa"/>
              <w:bottom w:w="55" w:type="dxa"/>
              <w:right w:w="55" w:type="dxa"/>
            </w:tcMar>
            <w:vAlign w:val="center"/>
          </w:tcPr>
          <w:p w14:paraId="44A4A871"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7BDEDE13" w14:textId="77777777" w:rsidR="00A276DE" w:rsidRDefault="000A6732">
            <w:pPr>
              <w:spacing w:after="0"/>
            </w:pPr>
            <w:r>
              <w:rPr>
                <w:sz w:val="17"/>
              </w:rPr>
              <w:t>3</w:t>
            </w:r>
          </w:p>
        </w:tc>
        <w:tc>
          <w:tcPr>
            <w:tcW w:w="3112" w:type="dxa"/>
            <w:tcMar>
              <w:top w:w="55" w:type="dxa"/>
              <w:left w:w="55" w:type="dxa"/>
              <w:bottom w:w="55" w:type="dxa"/>
              <w:right w:w="55" w:type="dxa"/>
            </w:tcMar>
            <w:vAlign w:val="center"/>
          </w:tcPr>
          <w:p w14:paraId="2FFA75BD" w14:textId="77777777" w:rsidR="00A276DE" w:rsidRDefault="00A276DE">
            <w:pPr>
              <w:spacing w:after="0"/>
            </w:pPr>
          </w:p>
        </w:tc>
        <w:tc>
          <w:tcPr>
            <w:tcW w:w="1678" w:type="dxa"/>
            <w:tcMar>
              <w:top w:w="55" w:type="dxa"/>
              <w:left w:w="55" w:type="dxa"/>
              <w:bottom w:w="55" w:type="dxa"/>
              <w:right w:w="55" w:type="dxa"/>
            </w:tcMar>
            <w:vAlign w:val="center"/>
          </w:tcPr>
          <w:p w14:paraId="3683B0CC" w14:textId="77777777" w:rsidR="00A276DE" w:rsidRDefault="00A276DE">
            <w:pPr>
              <w:spacing w:after="0"/>
            </w:pPr>
          </w:p>
        </w:tc>
        <w:tc>
          <w:tcPr>
            <w:tcW w:w="1830" w:type="dxa"/>
            <w:tcMar>
              <w:top w:w="55" w:type="dxa"/>
              <w:left w:w="55" w:type="dxa"/>
              <w:bottom w:w="55" w:type="dxa"/>
              <w:right w:w="55" w:type="dxa"/>
            </w:tcMar>
            <w:vAlign w:val="center"/>
          </w:tcPr>
          <w:p w14:paraId="7522537B" w14:textId="77777777" w:rsidR="00A276DE" w:rsidRDefault="00A276DE">
            <w:pPr>
              <w:spacing w:after="0"/>
            </w:pPr>
          </w:p>
        </w:tc>
        <w:tc>
          <w:tcPr>
            <w:tcW w:w="1312" w:type="dxa"/>
            <w:tcMar>
              <w:top w:w="55" w:type="dxa"/>
              <w:left w:w="55" w:type="dxa"/>
              <w:bottom w:w="55" w:type="dxa"/>
              <w:right w:w="55" w:type="dxa"/>
            </w:tcMar>
            <w:vAlign w:val="center"/>
          </w:tcPr>
          <w:p w14:paraId="40E97990" w14:textId="77777777" w:rsidR="00A276DE" w:rsidRDefault="00A276DE">
            <w:pPr>
              <w:spacing w:after="0"/>
            </w:pPr>
          </w:p>
        </w:tc>
      </w:tr>
      <w:tr w:rsidR="00A276DE" w14:paraId="1CFD469C" w14:textId="77777777" w:rsidTr="003515C3">
        <w:trPr>
          <w:cantSplit/>
          <w:trHeight w:val="345"/>
        </w:trPr>
        <w:tc>
          <w:tcPr>
            <w:tcW w:w="5665" w:type="dxa"/>
            <w:tcMar>
              <w:top w:w="55" w:type="dxa"/>
              <w:left w:w="55" w:type="dxa"/>
              <w:bottom w:w="55" w:type="dxa"/>
              <w:right w:w="55" w:type="dxa"/>
            </w:tcMar>
            <w:vAlign w:val="center"/>
          </w:tcPr>
          <w:p w14:paraId="304B584E" w14:textId="77777777" w:rsidR="00A276DE" w:rsidRPr="005F446C" w:rsidRDefault="000A6732">
            <w:pPr>
              <w:spacing w:after="0"/>
              <w:rPr>
                <w:lang w:val="fi-FI"/>
              </w:rPr>
            </w:pPr>
            <w:r w:rsidRPr="005F446C">
              <w:rPr>
                <w:sz w:val="17"/>
                <w:lang w:val="fi-FI"/>
              </w:rPr>
              <w:t>☐</w:t>
            </w:r>
            <w:r w:rsidRPr="005F446C">
              <w:rPr>
                <w:sz w:val="17"/>
                <w:lang w:val="fi-FI"/>
              </w:rPr>
              <w:t xml:space="preserve"> Yhteiskunnassa ja kansalaisena toimiminen: vuorovaikutustaidot kansalaistoiminnassa¹</w:t>
            </w:r>
          </w:p>
        </w:tc>
        <w:tc>
          <w:tcPr>
            <w:tcW w:w="567" w:type="dxa"/>
            <w:tcMar>
              <w:top w:w="55" w:type="dxa"/>
              <w:left w:w="55" w:type="dxa"/>
              <w:bottom w:w="55" w:type="dxa"/>
              <w:right w:w="55" w:type="dxa"/>
            </w:tcMar>
            <w:vAlign w:val="center"/>
          </w:tcPr>
          <w:p w14:paraId="55877E47"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4A0450BF" w14:textId="77777777" w:rsidR="00A276DE" w:rsidRDefault="000A6732">
            <w:pPr>
              <w:spacing w:after="0"/>
            </w:pPr>
            <w:r>
              <w:rPr>
                <w:sz w:val="17"/>
              </w:rPr>
              <w:t>4</w:t>
            </w:r>
          </w:p>
        </w:tc>
        <w:tc>
          <w:tcPr>
            <w:tcW w:w="3112" w:type="dxa"/>
            <w:tcMar>
              <w:top w:w="55" w:type="dxa"/>
              <w:left w:w="55" w:type="dxa"/>
              <w:bottom w:w="55" w:type="dxa"/>
              <w:right w:w="55" w:type="dxa"/>
            </w:tcMar>
            <w:vAlign w:val="center"/>
          </w:tcPr>
          <w:p w14:paraId="229A78E5" w14:textId="77777777" w:rsidR="00A276DE" w:rsidRDefault="00A276DE">
            <w:pPr>
              <w:spacing w:after="0"/>
            </w:pPr>
          </w:p>
        </w:tc>
        <w:tc>
          <w:tcPr>
            <w:tcW w:w="1678" w:type="dxa"/>
            <w:tcMar>
              <w:top w:w="55" w:type="dxa"/>
              <w:left w:w="55" w:type="dxa"/>
              <w:bottom w:w="55" w:type="dxa"/>
              <w:right w:w="55" w:type="dxa"/>
            </w:tcMar>
            <w:vAlign w:val="center"/>
          </w:tcPr>
          <w:p w14:paraId="1B1CA3F0" w14:textId="77777777" w:rsidR="00A276DE" w:rsidRDefault="00A276DE">
            <w:pPr>
              <w:spacing w:after="0"/>
            </w:pPr>
          </w:p>
        </w:tc>
        <w:tc>
          <w:tcPr>
            <w:tcW w:w="1830" w:type="dxa"/>
            <w:tcMar>
              <w:top w:w="55" w:type="dxa"/>
              <w:left w:w="55" w:type="dxa"/>
              <w:bottom w:w="55" w:type="dxa"/>
              <w:right w:w="55" w:type="dxa"/>
            </w:tcMar>
            <w:vAlign w:val="center"/>
          </w:tcPr>
          <w:p w14:paraId="34C9F140" w14:textId="77777777" w:rsidR="00A276DE" w:rsidRDefault="00A276DE">
            <w:pPr>
              <w:spacing w:after="0"/>
            </w:pPr>
          </w:p>
        </w:tc>
        <w:tc>
          <w:tcPr>
            <w:tcW w:w="1312" w:type="dxa"/>
            <w:tcMar>
              <w:top w:w="55" w:type="dxa"/>
              <w:left w:w="55" w:type="dxa"/>
              <w:bottom w:w="55" w:type="dxa"/>
              <w:right w:w="55" w:type="dxa"/>
            </w:tcMar>
            <w:vAlign w:val="center"/>
          </w:tcPr>
          <w:p w14:paraId="4238ED88" w14:textId="77777777" w:rsidR="00A276DE" w:rsidRDefault="00A276DE">
            <w:pPr>
              <w:spacing w:after="0"/>
            </w:pPr>
          </w:p>
        </w:tc>
      </w:tr>
      <w:tr w:rsidR="00A276DE" w14:paraId="014D88D8" w14:textId="77777777" w:rsidTr="003515C3">
        <w:trPr>
          <w:cantSplit/>
          <w:trHeight w:val="345"/>
        </w:trPr>
        <w:tc>
          <w:tcPr>
            <w:tcW w:w="5665" w:type="dxa"/>
            <w:tcMar>
              <w:top w:w="55" w:type="dxa"/>
              <w:left w:w="55" w:type="dxa"/>
              <w:bottom w:w="55" w:type="dxa"/>
              <w:right w:w="55" w:type="dxa"/>
            </w:tcMar>
            <w:vAlign w:val="center"/>
          </w:tcPr>
          <w:p w14:paraId="3B8A9E19" w14:textId="77777777" w:rsidR="00A276DE" w:rsidRPr="005F446C" w:rsidRDefault="000A6732">
            <w:pPr>
              <w:spacing w:after="0"/>
              <w:rPr>
                <w:lang w:val="fi-FI"/>
              </w:rPr>
            </w:pPr>
            <w:r w:rsidRPr="005F446C">
              <w:rPr>
                <w:sz w:val="17"/>
                <w:lang w:val="fi-FI"/>
              </w:rPr>
              <w:t>☐</w:t>
            </w:r>
            <w:r w:rsidRPr="005F446C">
              <w:rPr>
                <w:sz w:val="17"/>
                <w:lang w:val="fi-FI"/>
              </w:rPr>
              <w:t xml:space="preserve"> Yhteiskunnassa ja kansalaisena toimiminen: asuntolatoiminta¹</w:t>
            </w:r>
          </w:p>
        </w:tc>
        <w:tc>
          <w:tcPr>
            <w:tcW w:w="567" w:type="dxa"/>
            <w:tcMar>
              <w:top w:w="55" w:type="dxa"/>
              <w:left w:w="55" w:type="dxa"/>
              <w:bottom w:w="55" w:type="dxa"/>
              <w:right w:w="55" w:type="dxa"/>
            </w:tcMar>
            <w:vAlign w:val="center"/>
          </w:tcPr>
          <w:p w14:paraId="4FDFED3D"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5C9D13ED" w14:textId="77777777" w:rsidR="00A276DE" w:rsidRDefault="000A6732">
            <w:pPr>
              <w:spacing w:after="0"/>
            </w:pPr>
            <w:r>
              <w:rPr>
                <w:sz w:val="17"/>
              </w:rPr>
              <w:t>4</w:t>
            </w:r>
          </w:p>
        </w:tc>
        <w:tc>
          <w:tcPr>
            <w:tcW w:w="3112" w:type="dxa"/>
            <w:tcMar>
              <w:top w:w="55" w:type="dxa"/>
              <w:left w:w="55" w:type="dxa"/>
              <w:bottom w:w="55" w:type="dxa"/>
              <w:right w:w="55" w:type="dxa"/>
            </w:tcMar>
            <w:vAlign w:val="center"/>
          </w:tcPr>
          <w:p w14:paraId="111251FA" w14:textId="77777777" w:rsidR="00A276DE" w:rsidRDefault="00A276DE">
            <w:pPr>
              <w:spacing w:after="0"/>
            </w:pPr>
          </w:p>
        </w:tc>
        <w:tc>
          <w:tcPr>
            <w:tcW w:w="1678" w:type="dxa"/>
            <w:tcMar>
              <w:top w:w="55" w:type="dxa"/>
              <w:left w:w="55" w:type="dxa"/>
              <w:bottom w:w="55" w:type="dxa"/>
              <w:right w:w="55" w:type="dxa"/>
            </w:tcMar>
            <w:vAlign w:val="center"/>
          </w:tcPr>
          <w:p w14:paraId="06DFA65C" w14:textId="77777777" w:rsidR="00A276DE" w:rsidRDefault="00A276DE">
            <w:pPr>
              <w:spacing w:after="0"/>
            </w:pPr>
          </w:p>
        </w:tc>
        <w:tc>
          <w:tcPr>
            <w:tcW w:w="1830" w:type="dxa"/>
            <w:tcMar>
              <w:top w:w="55" w:type="dxa"/>
              <w:left w:w="55" w:type="dxa"/>
              <w:bottom w:w="55" w:type="dxa"/>
              <w:right w:w="55" w:type="dxa"/>
            </w:tcMar>
            <w:vAlign w:val="center"/>
          </w:tcPr>
          <w:p w14:paraId="4CFDD649" w14:textId="77777777" w:rsidR="00A276DE" w:rsidRDefault="00A276DE">
            <w:pPr>
              <w:spacing w:after="0"/>
            </w:pPr>
          </w:p>
        </w:tc>
        <w:tc>
          <w:tcPr>
            <w:tcW w:w="1312" w:type="dxa"/>
            <w:tcMar>
              <w:top w:w="55" w:type="dxa"/>
              <w:left w:w="55" w:type="dxa"/>
              <w:bottom w:w="55" w:type="dxa"/>
              <w:right w:w="55" w:type="dxa"/>
            </w:tcMar>
            <w:vAlign w:val="center"/>
          </w:tcPr>
          <w:p w14:paraId="41129792" w14:textId="77777777" w:rsidR="00A276DE" w:rsidRDefault="00A276DE">
            <w:pPr>
              <w:spacing w:after="0"/>
            </w:pPr>
          </w:p>
        </w:tc>
      </w:tr>
      <w:tr w:rsidR="00A276DE" w14:paraId="6767204D" w14:textId="77777777" w:rsidTr="003515C3">
        <w:trPr>
          <w:cantSplit/>
          <w:trHeight w:val="345"/>
        </w:trPr>
        <w:tc>
          <w:tcPr>
            <w:tcW w:w="5665" w:type="dxa"/>
            <w:tcMar>
              <w:top w:w="55" w:type="dxa"/>
              <w:left w:w="55" w:type="dxa"/>
              <w:bottom w:w="55" w:type="dxa"/>
              <w:right w:w="55" w:type="dxa"/>
            </w:tcMar>
            <w:vAlign w:val="center"/>
          </w:tcPr>
          <w:p w14:paraId="168780EA" w14:textId="77777777" w:rsidR="00A276DE" w:rsidRPr="005F446C" w:rsidRDefault="000A6732">
            <w:pPr>
              <w:spacing w:after="0"/>
              <w:rPr>
                <w:lang w:val="fi-FI"/>
              </w:rPr>
            </w:pPr>
            <w:r w:rsidRPr="005F446C">
              <w:rPr>
                <w:sz w:val="17"/>
                <w:lang w:val="fi-FI"/>
              </w:rPr>
              <w:t>☐</w:t>
            </w:r>
            <w:r w:rsidRPr="005F446C">
              <w:rPr>
                <w:sz w:val="17"/>
                <w:lang w:val="fi-FI"/>
              </w:rPr>
              <w:t xml:space="preserve"> Yhteiskunnassa ja kansalaisena toimiminen: opiskelijakuntatoiminta¹</w:t>
            </w:r>
          </w:p>
        </w:tc>
        <w:tc>
          <w:tcPr>
            <w:tcW w:w="567" w:type="dxa"/>
            <w:tcMar>
              <w:top w:w="55" w:type="dxa"/>
              <w:left w:w="55" w:type="dxa"/>
              <w:bottom w:w="55" w:type="dxa"/>
              <w:right w:w="55" w:type="dxa"/>
            </w:tcMar>
            <w:vAlign w:val="center"/>
          </w:tcPr>
          <w:p w14:paraId="67695E8F"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505D7937" w14:textId="77777777" w:rsidR="00A276DE" w:rsidRDefault="000A6732">
            <w:pPr>
              <w:spacing w:after="0"/>
            </w:pPr>
            <w:r>
              <w:rPr>
                <w:sz w:val="17"/>
              </w:rPr>
              <w:t>4</w:t>
            </w:r>
          </w:p>
        </w:tc>
        <w:tc>
          <w:tcPr>
            <w:tcW w:w="3112" w:type="dxa"/>
            <w:tcMar>
              <w:top w:w="55" w:type="dxa"/>
              <w:left w:w="55" w:type="dxa"/>
              <w:bottom w:w="55" w:type="dxa"/>
              <w:right w:w="55" w:type="dxa"/>
            </w:tcMar>
            <w:vAlign w:val="center"/>
          </w:tcPr>
          <w:p w14:paraId="2D000C4C" w14:textId="77777777" w:rsidR="00A276DE" w:rsidRDefault="00A276DE">
            <w:pPr>
              <w:spacing w:after="0"/>
            </w:pPr>
          </w:p>
        </w:tc>
        <w:tc>
          <w:tcPr>
            <w:tcW w:w="1678" w:type="dxa"/>
            <w:tcMar>
              <w:top w:w="55" w:type="dxa"/>
              <w:left w:w="55" w:type="dxa"/>
              <w:bottom w:w="55" w:type="dxa"/>
              <w:right w:w="55" w:type="dxa"/>
            </w:tcMar>
            <w:vAlign w:val="center"/>
          </w:tcPr>
          <w:p w14:paraId="75E486DD" w14:textId="77777777" w:rsidR="00A276DE" w:rsidRDefault="00A276DE">
            <w:pPr>
              <w:spacing w:after="0"/>
            </w:pPr>
          </w:p>
        </w:tc>
        <w:tc>
          <w:tcPr>
            <w:tcW w:w="1830" w:type="dxa"/>
            <w:tcMar>
              <w:top w:w="55" w:type="dxa"/>
              <w:left w:w="55" w:type="dxa"/>
              <w:bottom w:w="55" w:type="dxa"/>
              <w:right w:w="55" w:type="dxa"/>
            </w:tcMar>
            <w:vAlign w:val="center"/>
          </w:tcPr>
          <w:p w14:paraId="5B16C285" w14:textId="77777777" w:rsidR="00A276DE" w:rsidRDefault="00A276DE">
            <w:pPr>
              <w:spacing w:after="0"/>
            </w:pPr>
          </w:p>
        </w:tc>
        <w:tc>
          <w:tcPr>
            <w:tcW w:w="1312" w:type="dxa"/>
            <w:tcMar>
              <w:top w:w="55" w:type="dxa"/>
              <w:left w:w="55" w:type="dxa"/>
              <w:bottom w:w="55" w:type="dxa"/>
              <w:right w:w="55" w:type="dxa"/>
            </w:tcMar>
            <w:vAlign w:val="center"/>
          </w:tcPr>
          <w:p w14:paraId="13315A6F" w14:textId="77777777" w:rsidR="00A276DE" w:rsidRDefault="00A276DE">
            <w:pPr>
              <w:spacing w:after="0"/>
            </w:pPr>
          </w:p>
        </w:tc>
      </w:tr>
      <w:tr w:rsidR="00A276DE" w14:paraId="0C5A2C3E" w14:textId="77777777" w:rsidTr="003515C3">
        <w:trPr>
          <w:cantSplit/>
          <w:trHeight w:val="345"/>
        </w:trPr>
        <w:tc>
          <w:tcPr>
            <w:tcW w:w="5665" w:type="dxa"/>
            <w:tcMar>
              <w:top w:w="55" w:type="dxa"/>
              <w:left w:w="55" w:type="dxa"/>
              <w:bottom w:w="55" w:type="dxa"/>
              <w:right w:w="55" w:type="dxa"/>
            </w:tcMar>
            <w:vAlign w:val="center"/>
          </w:tcPr>
          <w:p w14:paraId="7A4F0ADA" w14:textId="77777777" w:rsidR="00A276DE" w:rsidRPr="005F446C" w:rsidRDefault="000A6732">
            <w:pPr>
              <w:spacing w:after="0"/>
              <w:rPr>
                <w:lang w:val="fi-FI"/>
              </w:rPr>
            </w:pPr>
            <w:r w:rsidRPr="005F446C">
              <w:rPr>
                <w:sz w:val="17"/>
                <w:lang w:val="fi-FI"/>
              </w:rPr>
              <w:t>☐</w:t>
            </w:r>
            <w:r w:rsidRPr="005F446C">
              <w:rPr>
                <w:sz w:val="17"/>
                <w:lang w:val="fi-FI"/>
              </w:rPr>
              <w:t xml:space="preserve"> Yhteiskunnassa ja kansalaisena toimiminen: tutortoiminta¹</w:t>
            </w:r>
          </w:p>
        </w:tc>
        <w:tc>
          <w:tcPr>
            <w:tcW w:w="567" w:type="dxa"/>
            <w:tcMar>
              <w:top w:w="55" w:type="dxa"/>
              <w:left w:w="55" w:type="dxa"/>
              <w:bottom w:w="55" w:type="dxa"/>
              <w:right w:w="55" w:type="dxa"/>
            </w:tcMar>
            <w:vAlign w:val="center"/>
          </w:tcPr>
          <w:p w14:paraId="45604814" w14:textId="77777777" w:rsidR="00A276DE" w:rsidRDefault="000A6732">
            <w:pPr>
              <w:spacing w:after="0"/>
            </w:pPr>
            <w:r>
              <w:rPr>
                <w:sz w:val="17"/>
              </w:rPr>
              <w:t>3</w:t>
            </w:r>
          </w:p>
        </w:tc>
        <w:tc>
          <w:tcPr>
            <w:tcW w:w="1276" w:type="dxa"/>
            <w:tcMar>
              <w:top w:w="55" w:type="dxa"/>
              <w:left w:w="55" w:type="dxa"/>
              <w:bottom w:w="55" w:type="dxa"/>
              <w:right w:w="55" w:type="dxa"/>
            </w:tcMar>
            <w:vAlign w:val="center"/>
          </w:tcPr>
          <w:p w14:paraId="19B9FCE9" w14:textId="77777777" w:rsidR="00A276DE" w:rsidRDefault="000A6732">
            <w:pPr>
              <w:spacing w:after="0"/>
            </w:pPr>
            <w:r>
              <w:rPr>
                <w:sz w:val="17"/>
              </w:rPr>
              <w:t>4</w:t>
            </w:r>
          </w:p>
        </w:tc>
        <w:tc>
          <w:tcPr>
            <w:tcW w:w="3112" w:type="dxa"/>
            <w:tcMar>
              <w:top w:w="55" w:type="dxa"/>
              <w:left w:w="55" w:type="dxa"/>
              <w:bottom w:w="55" w:type="dxa"/>
              <w:right w:w="55" w:type="dxa"/>
            </w:tcMar>
            <w:vAlign w:val="center"/>
          </w:tcPr>
          <w:p w14:paraId="0F2841BA" w14:textId="77777777" w:rsidR="00A276DE" w:rsidRDefault="00A276DE">
            <w:pPr>
              <w:spacing w:after="0"/>
            </w:pPr>
          </w:p>
        </w:tc>
        <w:tc>
          <w:tcPr>
            <w:tcW w:w="1678" w:type="dxa"/>
            <w:tcMar>
              <w:top w:w="55" w:type="dxa"/>
              <w:left w:w="55" w:type="dxa"/>
              <w:bottom w:w="55" w:type="dxa"/>
              <w:right w:w="55" w:type="dxa"/>
            </w:tcMar>
            <w:vAlign w:val="center"/>
          </w:tcPr>
          <w:p w14:paraId="166E3033" w14:textId="77777777" w:rsidR="00A276DE" w:rsidRDefault="00A276DE">
            <w:pPr>
              <w:spacing w:after="0"/>
            </w:pPr>
          </w:p>
        </w:tc>
        <w:tc>
          <w:tcPr>
            <w:tcW w:w="1830" w:type="dxa"/>
            <w:tcMar>
              <w:top w:w="55" w:type="dxa"/>
              <w:left w:w="55" w:type="dxa"/>
              <w:bottom w:w="55" w:type="dxa"/>
              <w:right w:w="55" w:type="dxa"/>
            </w:tcMar>
            <w:vAlign w:val="center"/>
          </w:tcPr>
          <w:p w14:paraId="1C3BCDC6" w14:textId="77777777" w:rsidR="00A276DE" w:rsidRDefault="00A276DE">
            <w:pPr>
              <w:spacing w:after="0"/>
            </w:pPr>
          </w:p>
        </w:tc>
        <w:tc>
          <w:tcPr>
            <w:tcW w:w="1312" w:type="dxa"/>
            <w:tcMar>
              <w:top w:w="55" w:type="dxa"/>
              <w:left w:w="55" w:type="dxa"/>
              <w:bottom w:w="55" w:type="dxa"/>
              <w:right w:w="55" w:type="dxa"/>
            </w:tcMar>
            <w:vAlign w:val="center"/>
          </w:tcPr>
          <w:p w14:paraId="3D51F614" w14:textId="77777777" w:rsidR="00A276DE" w:rsidRDefault="00A276DE">
            <w:pPr>
              <w:spacing w:after="0"/>
            </w:pPr>
          </w:p>
        </w:tc>
      </w:tr>
      <w:tr w:rsidR="00A276DE" w14:paraId="720B0BB8" w14:textId="77777777" w:rsidTr="003515C3">
        <w:trPr>
          <w:cantSplit/>
          <w:trHeight w:val="345"/>
        </w:trPr>
        <w:tc>
          <w:tcPr>
            <w:tcW w:w="5665" w:type="dxa"/>
            <w:tcMar>
              <w:top w:w="55" w:type="dxa"/>
              <w:left w:w="55" w:type="dxa"/>
              <w:bottom w:w="55" w:type="dxa"/>
              <w:right w:w="55" w:type="dxa"/>
            </w:tcMar>
            <w:vAlign w:val="center"/>
          </w:tcPr>
          <w:p w14:paraId="7A600B3B" w14:textId="77777777" w:rsidR="00A276DE" w:rsidRPr="005F446C" w:rsidRDefault="000A6732">
            <w:pPr>
              <w:spacing w:after="0"/>
              <w:rPr>
                <w:lang w:val="fi-FI"/>
              </w:rPr>
            </w:pPr>
            <w:r w:rsidRPr="005F446C">
              <w:rPr>
                <w:sz w:val="17"/>
                <w:lang w:val="fi-FI"/>
              </w:rPr>
              <w:t>☐</w:t>
            </w:r>
            <w:r w:rsidRPr="005F446C">
              <w:rPr>
                <w:sz w:val="17"/>
                <w:lang w:val="fi-FI"/>
              </w:rPr>
              <w:t xml:space="preserve"> Yhteiskunnassa ja kansalaisena toimiminen: kansainvälinen toiminta¹</w:t>
            </w:r>
          </w:p>
        </w:tc>
        <w:tc>
          <w:tcPr>
            <w:tcW w:w="567" w:type="dxa"/>
            <w:tcMar>
              <w:top w:w="55" w:type="dxa"/>
              <w:left w:w="55" w:type="dxa"/>
              <w:bottom w:w="55" w:type="dxa"/>
              <w:right w:w="55" w:type="dxa"/>
            </w:tcMar>
            <w:vAlign w:val="center"/>
          </w:tcPr>
          <w:p w14:paraId="519BC5ED" w14:textId="77777777" w:rsidR="00A276DE" w:rsidRDefault="000A6732">
            <w:pPr>
              <w:spacing w:after="0"/>
            </w:pPr>
            <w:r>
              <w:rPr>
                <w:sz w:val="17"/>
              </w:rPr>
              <w:t>6</w:t>
            </w:r>
          </w:p>
        </w:tc>
        <w:tc>
          <w:tcPr>
            <w:tcW w:w="1276" w:type="dxa"/>
            <w:tcMar>
              <w:top w:w="55" w:type="dxa"/>
              <w:left w:w="55" w:type="dxa"/>
              <w:bottom w:w="55" w:type="dxa"/>
              <w:right w:w="55" w:type="dxa"/>
            </w:tcMar>
            <w:vAlign w:val="center"/>
          </w:tcPr>
          <w:p w14:paraId="6004F9BA" w14:textId="77777777" w:rsidR="00A276DE" w:rsidRDefault="000A6732">
            <w:pPr>
              <w:spacing w:after="0"/>
            </w:pPr>
            <w:r>
              <w:rPr>
                <w:sz w:val="17"/>
              </w:rPr>
              <w:t>4 + tehtävät</w:t>
            </w:r>
          </w:p>
        </w:tc>
        <w:tc>
          <w:tcPr>
            <w:tcW w:w="3112" w:type="dxa"/>
            <w:tcMar>
              <w:top w:w="55" w:type="dxa"/>
              <w:left w:w="55" w:type="dxa"/>
              <w:bottom w:w="55" w:type="dxa"/>
              <w:right w:w="55" w:type="dxa"/>
            </w:tcMar>
            <w:vAlign w:val="center"/>
          </w:tcPr>
          <w:p w14:paraId="39ED2C3D" w14:textId="77777777" w:rsidR="00A276DE" w:rsidRDefault="00A276DE">
            <w:pPr>
              <w:spacing w:after="0"/>
            </w:pPr>
          </w:p>
        </w:tc>
        <w:tc>
          <w:tcPr>
            <w:tcW w:w="1678" w:type="dxa"/>
            <w:tcMar>
              <w:top w:w="55" w:type="dxa"/>
              <w:left w:w="55" w:type="dxa"/>
              <w:bottom w:w="55" w:type="dxa"/>
              <w:right w:w="55" w:type="dxa"/>
            </w:tcMar>
            <w:vAlign w:val="center"/>
          </w:tcPr>
          <w:p w14:paraId="5AC6E791" w14:textId="77777777" w:rsidR="00A276DE" w:rsidRDefault="00A276DE">
            <w:pPr>
              <w:spacing w:after="0"/>
            </w:pPr>
          </w:p>
        </w:tc>
        <w:tc>
          <w:tcPr>
            <w:tcW w:w="1830" w:type="dxa"/>
            <w:tcMar>
              <w:top w:w="55" w:type="dxa"/>
              <w:left w:w="55" w:type="dxa"/>
              <w:bottom w:w="55" w:type="dxa"/>
              <w:right w:w="55" w:type="dxa"/>
            </w:tcMar>
            <w:vAlign w:val="center"/>
          </w:tcPr>
          <w:p w14:paraId="1BAE837D" w14:textId="77777777" w:rsidR="00A276DE" w:rsidRDefault="00A276DE">
            <w:pPr>
              <w:spacing w:after="0"/>
            </w:pPr>
          </w:p>
        </w:tc>
        <w:tc>
          <w:tcPr>
            <w:tcW w:w="1312" w:type="dxa"/>
            <w:tcMar>
              <w:top w:w="55" w:type="dxa"/>
              <w:left w:w="55" w:type="dxa"/>
              <w:bottom w:w="55" w:type="dxa"/>
              <w:right w:w="55" w:type="dxa"/>
            </w:tcMar>
            <w:vAlign w:val="center"/>
          </w:tcPr>
          <w:p w14:paraId="10F715C6" w14:textId="77777777" w:rsidR="00A276DE" w:rsidRDefault="00A276DE">
            <w:pPr>
              <w:spacing w:after="0"/>
            </w:pPr>
          </w:p>
        </w:tc>
      </w:tr>
      <w:tr w:rsidR="005F446C" w:rsidRPr="005F446C" w14:paraId="1FA721D6" w14:textId="77777777" w:rsidTr="003515C3">
        <w:trPr>
          <w:cantSplit/>
          <w:trHeight w:val="345"/>
        </w:trPr>
        <w:tc>
          <w:tcPr>
            <w:tcW w:w="5665" w:type="dxa"/>
            <w:tcMar>
              <w:top w:w="55" w:type="dxa"/>
              <w:left w:w="55" w:type="dxa"/>
              <w:bottom w:w="55" w:type="dxa"/>
              <w:right w:w="55" w:type="dxa"/>
            </w:tcMar>
            <w:vAlign w:val="center"/>
          </w:tcPr>
          <w:p w14:paraId="3668DBCB" w14:textId="546A6B32" w:rsidR="005F446C" w:rsidRPr="005F446C" w:rsidRDefault="005F446C">
            <w:pPr>
              <w:spacing w:after="0"/>
              <w:rPr>
                <w:sz w:val="17"/>
                <w:lang w:val="fi-FI"/>
              </w:rPr>
            </w:pPr>
            <w:r w:rsidRPr="005F446C">
              <w:rPr>
                <w:rFonts w:ascii="Segoe UI Symbol" w:hAnsi="Segoe UI Symbol" w:cs="Segoe UI Symbol"/>
                <w:sz w:val="17"/>
                <w:lang w:val="fi-FI"/>
              </w:rPr>
              <w:t>☐</w:t>
            </w:r>
            <w:r w:rsidRPr="005F446C">
              <w:rPr>
                <w:sz w:val="17"/>
                <w:lang w:val="fi-FI"/>
              </w:rPr>
              <w:t xml:space="preserve"> </w:t>
            </w:r>
            <w:r>
              <w:rPr>
                <w:sz w:val="17"/>
                <w:lang w:val="fi-FI"/>
              </w:rPr>
              <w:t>Jotain muuta (osaaminen tunnustettu valinnaisiin)</w:t>
            </w:r>
          </w:p>
        </w:tc>
        <w:tc>
          <w:tcPr>
            <w:tcW w:w="567" w:type="dxa"/>
            <w:tcMar>
              <w:top w:w="55" w:type="dxa"/>
              <w:left w:w="55" w:type="dxa"/>
              <w:bottom w:w="55" w:type="dxa"/>
              <w:right w:w="55" w:type="dxa"/>
            </w:tcMar>
            <w:vAlign w:val="center"/>
          </w:tcPr>
          <w:p w14:paraId="6FC4DC00" w14:textId="77777777" w:rsidR="005F446C" w:rsidRPr="005F446C" w:rsidRDefault="005F446C">
            <w:pPr>
              <w:spacing w:after="0"/>
              <w:rPr>
                <w:sz w:val="17"/>
                <w:lang w:val="fi-FI"/>
              </w:rPr>
            </w:pPr>
          </w:p>
        </w:tc>
        <w:tc>
          <w:tcPr>
            <w:tcW w:w="1276" w:type="dxa"/>
            <w:tcMar>
              <w:top w:w="55" w:type="dxa"/>
              <w:left w:w="55" w:type="dxa"/>
              <w:bottom w:w="55" w:type="dxa"/>
              <w:right w:w="55" w:type="dxa"/>
            </w:tcMar>
            <w:vAlign w:val="center"/>
          </w:tcPr>
          <w:p w14:paraId="6E38E35C" w14:textId="77777777" w:rsidR="005F446C" w:rsidRPr="005F446C" w:rsidRDefault="005F446C">
            <w:pPr>
              <w:spacing w:after="0"/>
              <w:rPr>
                <w:sz w:val="17"/>
                <w:lang w:val="fi-FI"/>
              </w:rPr>
            </w:pPr>
          </w:p>
        </w:tc>
        <w:tc>
          <w:tcPr>
            <w:tcW w:w="3112" w:type="dxa"/>
            <w:tcMar>
              <w:top w:w="55" w:type="dxa"/>
              <w:left w:w="55" w:type="dxa"/>
              <w:bottom w:w="55" w:type="dxa"/>
              <w:right w:w="55" w:type="dxa"/>
            </w:tcMar>
            <w:vAlign w:val="center"/>
          </w:tcPr>
          <w:p w14:paraId="177727E7" w14:textId="77777777" w:rsidR="005F446C" w:rsidRPr="005F446C" w:rsidRDefault="005F446C">
            <w:pPr>
              <w:spacing w:after="0"/>
              <w:rPr>
                <w:lang w:val="fi-FI"/>
              </w:rPr>
            </w:pPr>
          </w:p>
        </w:tc>
        <w:tc>
          <w:tcPr>
            <w:tcW w:w="1678" w:type="dxa"/>
            <w:tcMar>
              <w:top w:w="55" w:type="dxa"/>
              <w:left w:w="55" w:type="dxa"/>
              <w:bottom w:w="55" w:type="dxa"/>
              <w:right w:w="55" w:type="dxa"/>
            </w:tcMar>
            <w:vAlign w:val="center"/>
          </w:tcPr>
          <w:p w14:paraId="5142768C" w14:textId="77777777" w:rsidR="005F446C" w:rsidRPr="005F446C" w:rsidRDefault="005F446C">
            <w:pPr>
              <w:spacing w:after="0"/>
              <w:rPr>
                <w:lang w:val="fi-FI"/>
              </w:rPr>
            </w:pPr>
          </w:p>
        </w:tc>
        <w:tc>
          <w:tcPr>
            <w:tcW w:w="1830" w:type="dxa"/>
            <w:tcMar>
              <w:top w:w="55" w:type="dxa"/>
              <w:left w:w="55" w:type="dxa"/>
              <w:bottom w:w="55" w:type="dxa"/>
              <w:right w:w="55" w:type="dxa"/>
            </w:tcMar>
            <w:vAlign w:val="center"/>
          </w:tcPr>
          <w:p w14:paraId="7DCACA72" w14:textId="77777777" w:rsidR="005F446C" w:rsidRPr="005F446C" w:rsidRDefault="005F446C">
            <w:pPr>
              <w:spacing w:after="0"/>
              <w:rPr>
                <w:lang w:val="fi-FI"/>
              </w:rPr>
            </w:pPr>
          </w:p>
        </w:tc>
        <w:tc>
          <w:tcPr>
            <w:tcW w:w="1312" w:type="dxa"/>
            <w:tcMar>
              <w:top w:w="55" w:type="dxa"/>
              <w:left w:w="55" w:type="dxa"/>
              <w:bottom w:w="55" w:type="dxa"/>
              <w:right w:w="55" w:type="dxa"/>
            </w:tcMar>
            <w:vAlign w:val="center"/>
          </w:tcPr>
          <w:p w14:paraId="67C585B3" w14:textId="77777777" w:rsidR="005F446C" w:rsidRPr="005F446C" w:rsidRDefault="005F446C">
            <w:pPr>
              <w:spacing w:after="0"/>
              <w:rPr>
                <w:lang w:val="fi-FI"/>
              </w:rPr>
            </w:pPr>
          </w:p>
        </w:tc>
      </w:tr>
    </w:tbl>
    <w:p w14:paraId="2CCD73ED" w14:textId="77777777" w:rsidR="00A276DE" w:rsidRPr="005F446C" w:rsidRDefault="000A6732">
      <w:pPr>
        <w:rPr>
          <w:lang w:val="fi-FI"/>
        </w:rPr>
      </w:pPr>
      <w:r w:rsidRPr="005F446C">
        <w:rPr>
          <w:sz w:val="16"/>
          <w:lang w:val="fi-FI"/>
        </w:rPr>
        <w:t xml:space="preserve">¹ Paikallinen valinnainen. Äidinkielen vaihtoehdoista valitaan omaan </w:t>
      </w:r>
      <w:proofErr w:type="spellStart"/>
      <w:r w:rsidRPr="005F446C">
        <w:rPr>
          <w:sz w:val="16"/>
          <w:lang w:val="fi-FI"/>
        </w:rPr>
        <w:t>HOKSiin</w:t>
      </w:r>
      <w:proofErr w:type="spellEnd"/>
      <w:r w:rsidRPr="005F446C">
        <w:rPr>
          <w:sz w:val="16"/>
          <w:lang w:val="fi-FI"/>
        </w:rPr>
        <w:t xml:space="preserve"> sovittu vaihtoehto. Suoritustapojen selite on sivulla 1.</w:t>
      </w:r>
    </w:p>
    <w:p w14:paraId="60E51C18" w14:textId="77777777" w:rsidR="00A276DE" w:rsidRPr="005F446C" w:rsidRDefault="000A6732">
      <w:pPr>
        <w:rPr>
          <w:lang w:val="fi-FI"/>
        </w:rPr>
      </w:pPr>
      <w:r w:rsidRPr="005F446C">
        <w:rPr>
          <w:b/>
          <w:lang w:val="fi-FI"/>
        </w:rPr>
        <w:t>TEHTÄVIEN PALAUTUS JA TENTTIIN ILMOITTAUTUMINEN</w:t>
      </w:r>
    </w:p>
    <w:p w14:paraId="26B3EAFD" w14:textId="77777777" w:rsidR="00B43F03" w:rsidRPr="005F446C" w:rsidRDefault="000A6732" w:rsidP="00B43F03">
      <w:pPr>
        <w:rPr>
          <w:lang w:val="fi-FI"/>
        </w:rPr>
      </w:pPr>
      <w:r w:rsidRPr="005F446C">
        <w:rPr>
          <w:sz w:val="17"/>
          <w:lang w:val="fi-FI"/>
        </w:rPr>
        <w:t>Kun olet palauttanut tehtävät, ilmoita opettajalle Wilmassa kurssin nimi ja onko se pakollinen vai valinnainen. Ilmoittaudu tenttiin opettajalle Wilmassa viimeistään viikkoa ennen tenttipäivää. Sovi suullinen tentti ja käytännön arviointi opettajan kanssa.</w:t>
      </w:r>
      <w:r w:rsidR="00B43F03">
        <w:rPr>
          <w:sz w:val="17"/>
          <w:lang w:val="fi-FI"/>
        </w:rPr>
        <w:t xml:space="preserve"> </w:t>
      </w:r>
      <w:r w:rsidR="00B43F03" w:rsidRPr="005F446C">
        <w:rPr>
          <w:sz w:val="17"/>
          <w:lang w:val="fi-FI"/>
        </w:rPr>
        <w:t>Opettajien nimet: Peda.net → JKO → e-KAMPUS → Yhteiset tutkinnon osat YTOT 1.8.2026 perusteilla.</w:t>
      </w:r>
    </w:p>
    <w:p w14:paraId="009EEE38" w14:textId="04639F3B" w:rsidR="00A276DE" w:rsidRPr="005F446C" w:rsidRDefault="000A6732">
      <w:pPr>
        <w:rPr>
          <w:lang w:val="fi-FI"/>
        </w:rPr>
      </w:pPr>
      <w:r w:rsidRPr="005F446C">
        <w:rPr>
          <w:sz w:val="17"/>
          <w:lang w:val="fi-FI"/>
        </w:rPr>
        <w:t>Yleiset tenttipäivät</w:t>
      </w:r>
      <w:r w:rsidRPr="005F446C">
        <w:rPr>
          <w:sz w:val="17"/>
          <w:lang w:val="fi-FI"/>
        </w:rPr>
        <w:t>: syksy 2026: 17.8., 3.9., 7.9., 23.9., 5.10., 21.10., 2.11., 7.12. | kevät 2027: 18.1., 1.2., 9.2., 22.2., 8.3., 5.4., 8.4., 3.5.</w:t>
      </w:r>
    </w:p>
    <w:p w14:paraId="6C257C5C" w14:textId="74578E98" w:rsidR="00A276DE" w:rsidRDefault="000A6732">
      <w:r w:rsidRPr="005F446C">
        <w:rPr>
          <w:sz w:val="17"/>
          <w:lang w:val="fi-FI"/>
        </w:rPr>
        <w:t xml:space="preserve">Tentti klo 16–18, luokka HA214 (7.12. S023). Tule ennen klo 15.50, jolloin ovet sulkeutuvat. Poistua saa aikaisintaan klo 16.20. Ota mukaan kuvallinen henkilöllisyystodistus. Puhelimen, älykellon ym. laitteiden käyttö on kielletty. </w:t>
      </w:r>
    </w:p>
    <w:sectPr w:rsidR="00A276DE" w:rsidSect="00034616">
      <w:footerReference w:type="default" r:id="rId11"/>
      <w:pgSz w:w="16838" w:h="11906"/>
      <w:pgMar w:top="652" w:right="680" w:bottom="595"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B3427" w14:textId="77777777" w:rsidR="000A6732" w:rsidRDefault="000A6732">
      <w:pPr>
        <w:spacing w:after="0"/>
      </w:pPr>
      <w:r>
        <w:separator/>
      </w:r>
    </w:p>
  </w:endnote>
  <w:endnote w:type="continuationSeparator" w:id="0">
    <w:p w14:paraId="699C4229" w14:textId="77777777" w:rsidR="000A6732" w:rsidRDefault="000A67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B9934" w14:textId="77777777" w:rsidR="00A276DE" w:rsidRDefault="000A6732">
    <w:pPr>
      <w:pStyle w:val="Alatunniste"/>
      <w:jc w:val="right"/>
    </w:pPr>
    <w:proofErr w:type="spellStart"/>
    <w:r>
      <w:t>YTOjen</w:t>
    </w:r>
    <w:proofErr w:type="spellEnd"/>
    <w:r>
      <w:t xml:space="preserve"> </w:t>
    </w:r>
    <w:proofErr w:type="spellStart"/>
    <w:proofErr w:type="gramStart"/>
    <w:r>
      <w:t>suoritusaikataulu</w:t>
    </w:r>
    <w:proofErr w:type="spellEnd"/>
    <w:r>
      <w:t xml:space="preserve">  •</w:t>
    </w:r>
    <w:proofErr w:type="gramEnd"/>
    <w:r>
      <w:t xml:space="preserve">  </w:t>
    </w:r>
    <w:r>
      <w:fldChar w:fldCharType="begin"/>
    </w:r>
    <w:r>
      <w:instrText>PAGE</w:instrText>
    </w:r>
    <w:r>
      <w:fldChar w:fldCharType="separate"/>
    </w:r>
    <w:r w:rsidR="005F446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0EC14" w14:textId="77777777" w:rsidR="000A6732" w:rsidRDefault="000A6732">
      <w:pPr>
        <w:spacing w:after="0"/>
      </w:pPr>
      <w:r>
        <w:separator/>
      </w:r>
    </w:p>
  </w:footnote>
  <w:footnote w:type="continuationSeparator" w:id="0">
    <w:p w14:paraId="0F0642D3" w14:textId="77777777" w:rsidR="000A6732" w:rsidRDefault="000A673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Merkittyluettelo"/>
      <w:lvlText w:val=""/>
      <w:lvlJc w:val="left"/>
      <w:pPr>
        <w:tabs>
          <w:tab w:val="num" w:pos="360"/>
        </w:tabs>
        <w:ind w:left="360" w:hanging="360"/>
      </w:pPr>
      <w:rPr>
        <w:rFonts w:ascii="Symbol" w:hAnsi="Symbol" w:hint="default"/>
      </w:rPr>
    </w:lvl>
  </w:abstractNum>
  <w:num w:numId="1" w16cid:durableId="1453010778">
    <w:abstractNumId w:val="8"/>
  </w:num>
  <w:num w:numId="2" w16cid:durableId="996029629">
    <w:abstractNumId w:val="6"/>
  </w:num>
  <w:num w:numId="3" w16cid:durableId="2000158796">
    <w:abstractNumId w:val="5"/>
  </w:num>
  <w:num w:numId="4" w16cid:durableId="1180512527">
    <w:abstractNumId w:val="4"/>
  </w:num>
  <w:num w:numId="5" w16cid:durableId="661859670">
    <w:abstractNumId w:val="7"/>
  </w:num>
  <w:num w:numId="6" w16cid:durableId="318001611">
    <w:abstractNumId w:val="3"/>
  </w:num>
  <w:num w:numId="7" w16cid:durableId="703216777">
    <w:abstractNumId w:val="2"/>
  </w:num>
  <w:num w:numId="8" w16cid:durableId="324482889">
    <w:abstractNumId w:val="1"/>
  </w:num>
  <w:num w:numId="9" w16cid:durableId="1251888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6732"/>
    <w:rsid w:val="0015074B"/>
    <w:rsid w:val="0029639D"/>
    <w:rsid w:val="00326F90"/>
    <w:rsid w:val="003515C3"/>
    <w:rsid w:val="00394D44"/>
    <w:rsid w:val="005F446C"/>
    <w:rsid w:val="00652CD1"/>
    <w:rsid w:val="00800544"/>
    <w:rsid w:val="00976D9D"/>
    <w:rsid w:val="00A276DE"/>
    <w:rsid w:val="00AA1D8D"/>
    <w:rsid w:val="00B43F03"/>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8C831F"/>
  <w14:defaultImageDpi w14:val="300"/>
  <w15:docId w15:val="{CCE36FF7-C760-44A8-8415-17FBCC1E7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C693F"/>
    <w:pPr>
      <w:spacing w:after="60" w:line="240" w:lineRule="auto"/>
    </w:pPr>
    <w:rPr>
      <w:rFonts w:ascii="Calibri" w:hAnsi="Calibri"/>
      <w:sz w:val="18"/>
    </w:rPr>
  </w:style>
  <w:style w:type="paragraph" w:styleId="Otsikko1">
    <w:name w:val="heading 1"/>
    <w:basedOn w:val="Normaali"/>
    <w:next w:val="Normaali"/>
    <w:link w:val="Otsikko1Char"/>
    <w:uiPriority w:val="9"/>
    <w:qFormat/>
    <w:rsid w:val="00FC693F"/>
    <w:pPr>
      <w:keepNext/>
      <w:keepLines/>
      <w:spacing w:before="100" w:after="100"/>
      <w:outlineLvl w:val="0"/>
    </w:pPr>
    <w:rPr>
      <w:rFonts w:asciiTheme="majorHAnsi" w:eastAsiaTheme="majorEastAsia" w:hAnsiTheme="majorHAnsi" w:cstheme="majorBidi"/>
      <w:b/>
      <w:bCs/>
      <w:color w:val="173F50"/>
      <w:sz w:val="26"/>
      <w:szCs w:val="28"/>
    </w:rPr>
  </w:style>
  <w:style w:type="paragraph" w:styleId="Otsikko2">
    <w:name w:val="heading 2"/>
    <w:basedOn w:val="Normaali"/>
    <w:next w:val="Normaali"/>
    <w:link w:val="Otsikk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tsikko3">
    <w:name w:val="heading 3"/>
    <w:basedOn w:val="Normaali"/>
    <w:next w:val="Normaali"/>
    <w:link w:val="Otsikk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tsikko4">
    <w:name w:val="heading 4"/>
    <w:basedOn w:val="Normaali"/>
    <w:next w:val="Normaali"/>
    <w:link w:val="Otsikk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tsikko5">
    <w:name w:val="heading 5"/>
    <w:basedOn w:val="Normaali"/>
    <w:next w:val="Normaali"/>
    <w:link w:val="Otsikk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pPr>
  </w:style>
  <w:style w:type="character" w:customStyle="1" w:styleId="YltunnisteChar">
    <w:name w:val="Ylätunniste Char"/>
    <w:basedOn w:val="Kappaleenoletusfontti"/>
    <w:link w:val="Yltunniste"/>
    <w:uiPriority w:val="99"/>
    <w:rsid w:val="00E618BF"/>
  </w:style>
  <w:style w:type="paragraph" w:styleId="Alatunniste">
    <w:name w:val="footer"/>
    <w:basedOn w:val="Normaali"/>
    <w:link w:val="AlatunnisteChar"/>
    <w:uiPriority w:val="99"/>
    <w:unhideWhenUsed/>
    <w:rsid w:val="00E618BF"/>
    <w:pPr>
      <w:tabs>
        <w:tab w:val="center" w:pos="4680"/>
        <w:tab w:val="right" w:pos="9360"/>
      </w:tabs>
      <w:spacing w:after="0"/>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link w:val="Otsikk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FC693F"/>
    <w:rPr>
      <w:rFonts w:asciiTheme="majorHAnsi" w:eastAsiaTheme="majorEastAsia" w:hAnsiTheme="majorHAnsi" w:cstheme="majorBidi"/>
      <w:b/>
      <w:bCs/>
      <w:color w:val="4F81BD" w:themeColor="accent1"/>
    </w:rPr>
  </w:style>
  <w:style w:type="paragraph" w:styleId="Otsikko">
    <w:name w:val="Title"/>
    <w:basedOn w:val="Normaali"/>
    <w:next w:val="Normaali"/>
    <w:link w:val="OtsikkoChar"/>
    <w:uiPriority w:val="10"/>
    <w:qFormat/>
    <w:rsid w:val="00FC693F"/>
    <w:pPr>
      <w:pBdr>
        <w:bottom w:val="single" w:sz="8" w:space="4" w:color="4F81BD" w:themeColor="accent1"/>
      </w:pBdr>
      <w:spacing w:before="100" w:after="100"/>
      <w:contextualSpacing/>
    </w:pPr>
    <w:rPr>
      <w:rFonts w:asciiTheme="majorHAnsi" w:eastAsiaTheme="majorEastAsia" w:hAnsiTheme="majorHAnsi" w:cstheme="majorBidi"/>
      <w:color w:val="173F50"/>
      <w:spacing w:val="5"/>
      <w:kern w:val="28"/>
      <w:sz w:val="36"/>
      <w:szCs w:val="52"/>
    </w:rPr>
  </w:style>
  <w:style w:type="character" w:customStyle="1" w:styleId="OtsikkoChar">
    <w:name w:val="Otsikko Char"/>
    <w:basedOn w:val="Kappaleenoletusfontti"/>
    <w:link w:val="Otsikk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basedOn w:val="Normaali"/>
    <w:uiPriority w:val="34"/>
    <w:qFormat/>
    <w:rsid w:val="00FC693F"/>
    <w:pPr>
      <w:ind w:left="720"/>
      <w:contextualSpacing/>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basedOn w:val="Normaali"/>
    <w:uiPriority w:val="99"/>
    <w:unhideWhenUsed/>
    <w:rsid w:val="00AA1D8D"/>
    <w:pPr>
      <w:ind w:left="360" w:hanging="360"/>
      <w:contextualSpacing/>
    </w:pPr>
  </w:style>
  <w:style w:type="paragraph" w:styleId="Luettelo2">
    <w:name w:val="List 2"/>
    <w:basedOn w:val="Normaali"/>
    <w:uiPriority w:val="99"/>
    <w:unhideWhenUsed/>
    <w:rsid w:val="00326F90"/>
    <w:pPr>
      <w:ind w:left="720" w:hanging="360"/>
      <w:contextualSpacing/>
    </w:pPr>
  </w:style>
  <w:style w:type="paragraph" w:styleId="Luettelo3">
    <w:name w:val="List 3"/>
    <w:basedOn w:val="Normaali"/>
    <w:uiPriority w:val="99"/>
    <w:unhideWhenUsed/>
    <w:rsid w:val="00326F90"/>
    <w:pPr>
      <w:ind w:left="1080" w:hanging="360"/>
      <w:contextualSpacing/>
    </w:pPr>
  </w:style>
  <w:style w:type="paragraph" w:styleId="Merkittyluettelo">
    <w:name w:val="List Bullet"/>
    <w:basedOn w:val="Normaali"/>
    <w:uiPriority w:val="99"/>
    <w:unhideWhenUsed/>
    <w:rsid w:val="00326F90"/>
    <w:pPr>
      <w:numPr>
        <w:numId w:val="1"/>
      </w:numPr>
      <w:contextualSpacing/>
    </w:pPr>
  </w:style>
  <w:style w:type="paragraph" w:styleId="Merkittyluettelo2">
    <w:name w:val="List Bullet 2"/>
    <w:basedOn w:val="Normaali"/>
    <w:uiPriority w:val="99"/>
    <w:unhideWhenUsed/>
    <w:rsid w:val="00326F90"/>
    <w:pPr>
      <w:numPr>
        <w:numId w:val="2"/>
      </w:numPr>
      <w:contextualSpacing/>
    </w:pPr>
  </w:style>
  <w:style w:type="paragraph" w:styleId="Merkittyluettelo3">
    <w:name w:val="List Bullet 3"/>
    <w:basedOn w:val="Normaali"/>
    <w:uiPriority w:val="99"/>
    <w:unhideWhenUsed/>
    <w:rsid w:val="00326F90"/>
    <w:pPr>
      <w:numPr>
        <w:numId w:val="3"/>
      </w:numPr>
      <w:contextualSpacing/>
    </w:pPr>
  </w:style>
  <w:style w:type="paragraph" w:styleId="Numeroituluettelo">
    <w:name w:val="List Number"/>
    <w:basedOn w:val="Normaali"/>
    <w:uiPriority w:val="99"/>
    <w:unhideWhenUsed/>
    <w:rsid w:val="00326F90"/>
    <w:pPr>
      <w:numPr>
        <w:numId w:val="5"/>
      </w:numPr>
      <w:contextualSpacing/>
    </w:pPr>
  </w:style>
  <w:style w:type="paragraph" w:styleId="Numeroituluettelo2">
    <w:name w:val="List Number 2"/>
    <w:basedOn w:val="Normaali"/>
    <w:uiPriority w:val="99"/>
    <w:unhideWhenUsed/>
    <w:rsid w:val="0029639D"/>
    <w:pPr>
      <w:numPr>
        <w:numId w:val="6"/>
      </w:numPr>
      <w:contextualSpacing/>
    </w:pPr>
  </w:style>
  <w:style w:type="paragraph" w:styleId="Numeroituluettelo3">
    <w:name w:val="List Number 3"/>
    <w:basedOn w:val="Normaali"/>
    <w:uiPriority w:val="99"/>
    <w:unhideWhenUsed/>
    <w:rsid w:val="0029639D"/>
    <w:pPr>
      <w:numPr>
        <w:numId w:val="7"/>
      </w:numPr>
      <w:contextualSpacing/>
    </w:pPr>
  </w:style>
  <w:style w:type="paragraph" w:styleId="Jatkoluettelo">
    <w:name w:val="List Continue"/>
    <w:basedOn w:val="Normaali"/>
    <w:uiPriority w:val="99"/>
    <w:unhideWhenUsed/>
    <w:rsid w:val="0029639D"/>
    <w:pPr>
      <w:spacing w:after="120"/>
      <w:ind w:left="360"/>
      <w:contextualSpacing/>
    </w:pPr>
  </w:style>
  <w:style w:type="paragraph" w:styleId="Jatkoluettelo2">
    <w:name w:val="List Continue 2"/>
    <w:basedOn w:val="Normaali"/>
    <w:uiPriority w:val="99"/>
    <w:unhideWhenUsed/>
    <w:rsid w:val="0029639D"/>
    <w:pPr>
      <w:spacing w:after="120"/>
      <w:ind w:left="720"/>
      <w:contextualSpacing/>
    </w:pPr>
  </w:style>
  <w:style w:type="paragraph" w:styleId="Jatkoluettelo3">
    <w:name w:val="List Continue 3"/>
    <w:basedOn w:val="Normaali"/>
    <w:uiPriority w:val="99"/>
    <w:unhideWhenUsed/>
    <w:rsid w:val="0029639D"/>
    <w:pPr>
      <w:spacing w:after="120"/>
      <w:ind w:left="1080"/>
      <w:contextualSpacing/>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link w:val="Otsikko4"/>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Kappaleenoletusfontti"/>
    <w:link w:val="Otsikko5"/>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rPr>
  </w:style>
  <w:style w:type="paragraph" w:styleId="Kuvaotsikko">
    <w:name w:val="caption"/>
    <w:basedOn w:val="Normaali"/>
    <w:next w:val="Normaali"/>
    <w:uiPriority w:val="35"/>
    <w:semiHidden/>
    <w:unhideWhenUsed/>
    <w:qFormat/>
    <w:rsid w:val="00FC693F"/>
    <w:rPr>
      <w:b/>
      <w:bCs/>
      <w:color w:val="4F81BD" w:themeColor="accent1"/>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basedOn w:val="Otsikko1"/>
    <w:next w:val="Normaali"/>
    <w:uiPriority w:val="39"/>
    <w:semiHidden/>
    <w:unhideWhenUsed/>
    <w:qFormat/>
    <w:rsid w:val="00FC693F"/>
    <w:pPr>
      <w:outlineLvl w:val="9"/>
    </w:pPr>
  </w:style>
  <w:style w:type="table" w:styleId="TaulukkoRuudukko">
    <w:name w:val="Table Grid"/>
    <w:basedOn w:val="Normaalitaulukk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Asiakirja" ma:contentTypeID="0x010100376585E5B7B3D449AE89D99E897B9F22" ma:contentTypeVersion="8" ma:contentTypeDescription="Luo uusi asiakirja." ma:contentTypeScope="" ma:versionID="6f189096acba8a3cd58c93956d1bf860">
  <xsd:schema xmlns:xsd="http://www.w3.org/2001/XMLSchema" xmlns:xs="http://www.w3.org/2001/XMLSchema" xmlns:p="http://schemas.microsoft.com/office/2006/metadata/properties" xmlns:ns2="7100bb9b-c5d4-4f5b-9824-8d1ba7562bcc" xmlns:ns3="059cd24d-e684-482d-bb03-297a0f2d8115" targetNamespace="http://schemas.microsoft.com/office/2006/metadata/properties" ma:root="true" ma:fieldsID="736424c8b12f165596da0e076b273a9f" ns2:_="" ns3:_="">
    <xsd:import namespace="7100bb9b-c5d4-4f5b-9824-8d1ba7562bcc"/>
    <xsd:import namespace="059cd24d-e684-482d-bb03-297a0f2d811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0bb9b-c5d4-4f5b-9824-8d1ba7562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9cd24d-e684-482d-bb03-297a0f2d8115"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1A32CDD-81EB-47ED-98C3-D53DA49C9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0bb9b-c5d4-4f5b-9824-8d1ba7562bcc"/>
    <ds:schemaRef ds:uri="059cd24d-e684-482d-bb03-297a0f2d81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9A1ED7-F1F1-4D3F-9A51-A915BF757B98}">
  <ds:schemaRefs>
    <ds:schemaRef ds:uri="http://schemas.microsoft.com/sharepoint/v3/contenttype/forms"/>
  </ds:schemaRefs>
</ds:datastoreItem>
</file>

<file path=customXml/itemProps4.xml><?xml version="1.0" encoding="utf-8"?>
<ds:datastoreItem xmlns:ds="http://schemas.openxmlformats.org/officeDocument/2006/customXml" ds:itemID="{17C3961A-DD26-4A1D-9CDB-0CBCB14BD4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Sanni Lehtolainen</cp:lastModifiedBy>
  <cp:revision>2</cp:revision>
  <cp:lastPrinted>2026-10-06T08:21:00Z</cp:lastPrinted>
  <dcterms:created xsi:type="dcterms:W3CDTF">2026-10-06T08:55:00Z</dcterms:created>
  <dcterms:modified xsi:type="dcterms:W3CDTF">2026-10-06T08:55:00Z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0x010100376585E5B7B3D449AE89D99E897B9F22</vt:lpwstr>
  </property>
</Properties>
</file>