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sz w:val="36"/>
        </w:rPr>
        <w:t>PRETÉRITO PERFECTO COMPUESTO</w:t>
      </w:r>
    </w:p>
    <w:p>
      <w:pPr>
        <w:jc w:val="center"/>
      </w:pPr>
      <w:r>
        <w:rPr>
          <w:rFonts w:ascii="Arial" w:hAnsi="Arial"/>
          <w:b/>
          <w:sz w:val="26"/>
        </w:rPr>
        <w:t>Nivel A1 – Ejercicios</w:t>
      </w:r>
    </w:p>
    <w:p/>
    <w:p>
      <w:r>
        <w:rPr>
          <w:b/>
          <w:sz w:val="28"/>
        </w:rPr>
        <w:t>EJERCICIO 1 – Infinitivo, gerundio y participio</w:t>
      </w:r>
    </w:p>
    <w:p>
      <w:r>
        <w:rPr>
          <w:b/>
        </w:rPr>
        <w:t>Completa la tabla con el gerundio y el participio.</w:t>
        <w:br/>
      </w:r>
      <w:r>
        <w:rPr>
          <w:i/>
        </w:rPr>
        <w:t>Täydennä taulukko gerundilla ja partisiipilla.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sz w:val="21"/>
              </w:rPr>
              <w:t>Nº</w:t>
            </w:r>
          </w:p>
        </w:tc>
        <w:tc>
          <w:tcPr>
            <w:tcW w:type="dxa" w:w="2550"/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sz w:val="21"/>
              </w:rPr>
              <w:t>Infinitivo</w:t>
            </w:r>
          </w:p>
        </w:tc>
        <w:tc>
          <w:tcPr>
            <w:tcW w:type="dxa" w:w="2550"/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sz w:val="21"/>
              </w:rPr>
              <w:t>Gerundio</w:t>
            </w:r>
          </w:p>
        </w:tc>
        <w:tc>
          <w:tcPr>
            <w:tcW w:type="dxa" w:w="2550"/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sz w:val="21"/>
              </w:rPr>
              <w:t>Participio</w:t>
            </w:r>
          </w:p>
        </w:tc>
      </w:tr>
      <w:tr>
        <w:tc>
          <w:tcPr>
            <w:tcW w:type="dxa" w:w="2550"/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21"/>
              </w:rPr>
              <w:t>1</w:t>
            </w:r>
          </w:p>
        </w:tc>
        <w:tc>
          <w:tcPr>
            <w:tcW w:type="dxa" w:w="2550"/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21"/>
              </w:rPr>
              <w:t>hablar</w:t>
            </w:r>
          </w:p>
        </w:tc>
        <w:tc>
          <w:tcPr>
            <w:tcW w:type="dxa" w:w="2550"/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21"/>
              </w:rPr>
              <w:t>________________</w:t>
            </w:r>
          </w:p>
        </w:tc>
        <w:tc>
          <w:tcPr>
            <w:tcW w:type="dxa" w:w="2550"/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21"/>
              </w:rPr>
              <w:t>________________</w:t>
            </w:r>
          </w:p>
        </w:tc>
      </w:tr>
      <w:tr>
        <w:tc>
          <w:tcPr>
            <w:tcW w:type="dxa" w:w="2550"/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21"/>
              </w:rPr>
              <w:t>2</w:t>
            </w:r>
          </w:p>
        </w:tc>
        <w:tc>
          <w:tcPr>
            <w:tcW w:type="dxa" w:w="2550"/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21"/>
              </w:rPr>
              <w:t>trabajar</w:t>
            </w:r>
          </w:p>
        </w:tc>
        <w:tc>
          <w:tcPr>
            <w:tcW w:type="dxa" w:w="2550"/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21"/>
              </w:rPr>
              <w:t>________________</w:t>
            </w:r>
          </w:p>
        </w:tc>
        <w:tc>
          <w:tcPr>
            <w:tcW w:type="dxa" w:w="2550"/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21"/>
              </w:rPr>
              <w:t>________________</w:t>
            </w:r>
          </w:p>
        </w:tc>
      </w:tr>
      <w:tr>
        <w:tc>
          <w:tcPr>
            <w:tcW w:type="dxa" w:w="2550"/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21"/>
              </w:rPr>
              <w:t>3</w:t>
            </w:r>
          </w:p>
        </w:tc>
        <w:tc>
          <w:tcPr>
            <w:tcW w:type="dxa" w:w="2550"/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21"/>
              </w:rPr>
              <w:t>comer</w:t>
            </w:r>
          </w:p>
        </w:tc>
        <w:tc>
          <w:tcPr>
            <w:tcW w:type="dxa" w:w="2550"/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21"/>
              </w:rPr>
              <w:t>________________</w:t>
            </w:r>
          </w:p>
        </w:tc>
        <w:tc>
          <w:tcPr>
            <w:tcW w:type="dxa" w:w="2550"/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21"/>
              </w:rPr>
              <w:t>________________</w:t>
            </w:r>
          </w:p>
        </w:tc>
      </w:tr>
      <w:tr>
        <w:tc>
          <w:tcPr>
            <w:tcW w:type="dxa" w:w="2550"/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21"/>
              </w:rPr>
              <w:t>4</w:t>
            </w:r>
          </w:p>
        </w:tc>
        <w:tc>
          <w:tcPr>
            <w:tcW w:type="dxa" w:w="2550"/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21"/>
              </w:rPr>
              <w:t>vivir</w:t>
            </w:r>
          </w:p>
        </w:tc>
        <w:tc>
          <w:tcPr>
            <w:tcW w:type="dxa" w:w="2550"/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21"/>
              </w:rPr>
              <w:t>________________</w:t>
            </w:r>
          </w:p>
        </w:tc>
        <w:tc>
          <w:tcPr>
            <w:tcW w:type="dxa" w:w="2550"/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21"/>
              </w:rPr>
              <w:t>________________</w:t>
            </w:r>
          </w:p>
        </w:tc>
      </w:tr>
      <w:tr>
        <w:tc>
          <w:tcPr>
            <w:tcW w:type="dxa" w:w="2550"/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21"/>
              </w:rPr>
              <w:t>5</w:t>
            </w:r>
          </w:p>
        </w:tc>
        <w:tc>
          <w:tcPr>
            <w:tcW w:type="dxa" w:w="2550"/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21"/>
              </w:rPr>
              <w:t>viajar</w:t>
            </w:r>
          </w:p>
        </w:tc>
        <w:tc>
          <w:tcPr>
            <w:tcW w:type="dxa" w:w="2550"/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21"/>
              </w:rPr>
              <w:t>________________</w:t>
            </w:r>
          </w:p>
        </w:tc>
        <w:tc>
          <w:tcPr>
            <w:tcW w:type="dxa" w:w="2550"/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21"/>
              </w:rPr>
              <w:t>________________</w:t>
            </w:r>
          </w:p>
        </w:tc>
      </w:tr>
      <w:tr>
        <w:tc>
          <w:tcPr>
            <w:tcW w:type="dxa" w:w="2550"/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21"/>
              </w:rPr>
              <w:t>6</w:t>
            </w:r>
          </w:p>
        </w:tc>
        <w:tc>
          <w:tcPr>
            <w:tcW w:type="dxa" w:w="2550"/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21"/>
              </w:rPr>
              <w:t>beber</w:t>
            </w:r>
          </w:p>
        </w:tc>
        <w:tc>
          <w:tcPr>
            <w:tcW w:type="dxa" w:w="2550"/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21"/>
              </w:rPr>
              <w:t>________________</w:t>
            </w:r>
          </w:p>
        </w:tc>
        <w:tc>
          <w:tcPr>
            <w:tcW w:type="dxa" w:w="2550"/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21"/>
              </w:rPr>
              <w:t>________________</w:t>
            </w:r>
          </w:p>
        </w:tc>
      </w:tr>
      <w:tr>
        <w:tc>
          <w:tcPr>
            <w:tcW w:type="dxa" w:w="2550"/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21"/>
              </w:rPr>
              <w:t>7</w:t>
            </w:r>
          </w:p>
        </w:tc>
        <w:tc>
          <w:tcPr>
            <w:tcW w:type="dxa" w:w="2550"/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21"/>
              </w:rPr>
              <w:t>visitar</w:t>
            </w:r>
          </w:p>
        </w:tc>
        <w:tc>
          <w:tcPr>
            <w:tcW w:type="dxa" w:w="2550"/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21"/>
              </w:rPr>
              <w:t>________________</w:t>
            </w:r>
          </w:p>
        </w:tc>
        <w:tc>
          <w:tcPr>
            <w:tcW w:type="dxa" w:w="2550"/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21"/>
              </w:rPr>
              <w:t>________________</w:t>
            </w:r>
          </w:p>
        </w:tc>
      </w:tr>
      <w:tr>
        <w:tc>
          <w:tcPr>
            <w:tcW w:type="dxa" w:w="2550"/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21"/>
              </w:rPr>
              <w:t>8</w:t>
            </w:r>
          </w:p>
        </w:tc>
        <w:tc>
          <w:tcPr>
            <w:tcW w:type="dxa" w:w="2550"/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21"/>
              </w:rPr>
              <w:t>aprender</w:t>
            </w:r>
          </w:p>
        </w:tc>
        <w:tc>
          <w:tcPr>
            <w:tcW w:type="dxa" w:w="2550"/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21"/>
              </w:rPr>
              <w:t>________________</w:t>
            </w:r>
          </w:p>
        </w:tc>
        <w:tc>
          <w:tcPr>
            <w:tcW w:type="dxa" w:w="2550"/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21"/>
              </w:rPr>
              <w:t>________________</w:t>
            </w:r>
          </w:p>
        </w:tc>
      </w:tr>
      <w:tr>
        <w:tc>
          <w:tcPr>
            <w:tcW w:type="dxa" w:w="2550"/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21"/>
              </w:rPr>
              <w:t>9</w:t>
            </w:r>
          </w:p>
        </w:tc>
        <w:tc>
          <w:tcPr>
            <w:tcW w:type="dxa" w:w="2550"/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21"/>
              </w:rPr>
              <w:t>descansar</w:t>
            </w:r>
          </w:p>
        </w:tc>
        <w:tc>
          <w:tcPr>
            <w:tcW w:type="dxa" w:w="2550"/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21"/>
              </w:rPr>
              <w:t>________________</w:t>
            </w:r>
          </w:p>
        </w:tc>
        <w:tc>
          <w:tcPr>
            <w:tcW w:type="dxa" w:w="2550"/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21"/>
              </w:rPr>
              <w:t>________________</w:t>
            </w:r>
          </w:p>
        </w:tc>
      </w:tr>
      <w:tr>
        <w:tc>
          <w:tcPr>
            <w:tcW w:type="dxa" w:w="2550"/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21"/>
              </w:rPr>
              <w:t>10</w:t>
            </w:r>
          </w:p>
        </w:tc>
        <w:tc>
          <w:tcPr>
            <w:tcW w:type="dxa" w:w="2550"/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21"/>
              </w:rPr>
              <w:t>estudiar</w:t>
            </w:r>
          </w:p>
        </w:tc>
        <w:tc>
          <w:tcPr>
            <w:tcW w:type="dxa" w:w="2550"/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21"/>
              </w:rPr>
              <w:t>________________</w:t>
            </w:r>
          </w:p>
        </w:tc>
        <w:tc>
          <w:tcPr>
            <w:tcW w:type="dxa" w:w="2550"/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21"/>
              </w:rPr>
              <w:t>________________</w:t>
            </w:r>
          </w:p>
        </w:tc>
      </w:tr>
      <w:tr>
        <w:tc>
          <w:tcPr>
            <w:tcW w:type="dxa" w:w="2550"/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21"/>
              </w:rPr>
              <w:t>11</w:t>
            </w:r>
          </w:p>
        </w:tc>
        <w:tc>
          <w:tcPr>
            <w:tcW w:type="dxa" w:w="2550"/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21"/>
              </w:rPr>
              <w:t>caminar</w:t>
            </w:r>
          </w:p>
        </w:tc>
        <w:tc>
          <w:tcPr>
            <w:tcW w:type="dxa" w:w="2550"/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21"/>
              </w:rPr>
              <w:t>________________</w:t>
            </w:r>
          </w:p>
        </w:tc>
        <w:tc>
          <w:tcPr>
            <w:tcW w:type="dxa" w:w="2550"/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21"/>
              </w:rPr>
              <w:t>________________</w:t>
            </w:r>
          </w:p>
        </w:tc>
      </w:tr>
      <w:tr>
        <w:tc>
          <w:tcPr>
            <w:tcW w:type="dxa" w:w="2550"/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21"/>
              </w:rPr>
              <w:t>12</w:t>
            </w:r>
          </w:p>
        </w:tc>
        <w:tc>
          <w:tcPr>
            <w:tcW w:type="dxa" w:w="2550"/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21"/>
              </w:rPr>
              <w:t>nadar</w:t>
            </w:r>
          </w:p>
        </w:tc>
        <w:tc>
          <w:tcPr>
            <w:tcW w:type="dxa" w:w="2550"/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21"/>
              </w:rPr>
              <w:t>________________</w:t>
            </w:r>
          </w:p>
        </w:tc>
        <w:tc>
          <w:tcPr>
            <w:tcW w:type="dxa" w:w="2550"/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21"/>
              </w:rPr>
              <w:t>________________</w:t>
            </w:r>
          </w:p>
        </w:tc>
      </w:tr>
    </w:tbl>
    <w:p>
      <w:r>
        <w:br w:type="page"/>
      </w:r>
    </w:p>
    <w:p>
      <w:r>
        <w:rPr>
          <w:b/>
          <w:sz w:val="28"/>
        </w:rPr>
        <w:t>EJERCICIO 2 – El verbo HABER</w:t>
      </w:r>
    </w:p>
    <w:p>
      <w:r>
        <w:rPr>
          <w:b/>
        </w:rPr>
        <w:t>Completa las frases con he, has, ha, hemos, habéis o han.</w:t>
        <w:br/>
      </w:r>
      <w:r>
        <w:rPr>
          <w:i/>
        </w:rPr>
        <w:t>Täydennä lauseet: he, has, ha, hemos, habéis tai han.</w:t>
      </w:r>
    </w:p>
    <w:p>
      <w:pPr>
        <w:spacing w:after="140"/>
      </w:pPr>
      <w:r>
        <w:rPr>
          <w:rFonts w:ascii="Arial" w:hAnsi="Arial"/>
          <w:sz w:val="23"/>
        </w:rPr>
        <w:t>1.  Yo __________ viajado a España.</w:t>
      </w:r>
    </w:p>
    <w:p>
      <w:pPr>
        <w:spacing w:after="140"/>
      </w:pPr>
      <w:r>
        <w:rPr>
          <w:rFonts w:ascii="Arial" w:hAnsi="Arial"/>
          <w:sz w:val="23"/>
        </w:rPr>
        <w:t>2.  Tú __________ comido en un restaurante.</w:t>
      </w:r>
    </w:p>
    <w:p>
      <w:pPr>
        <w:spacing w:after="140"/>
      </w:pPr>
      <w:r>
        <w:rPr>
          <w:rFonts w:ascii="Arial" w:hAnsi="Arial"/>
          <w:sz w:val="23"/>
        </w:rPr>
        <w:t>3.  María __________ visitado Barcelona.</w:t>
      </w:r>
    </w:p>
    <w:p>
      <w:pPr>
        <w:spacing w:after="140"/>
      </w:pPr>
      <w:r>
        <w:rPr>
          <w:rFonts w:ascii="Arial" w:hAnsi="Arial"/>
          <w:sz w:val="23"/>
        </w:rPr>
        <w:t>4.  Nosotros __________ trabajado mucho.</w:t>
      </w:r>
    </w:p>
    <w:p>
      <w:pPr>
        <w:spacing w:after="140"/>
      </w:pPr>
      <w:r>
        <w:rPr>
          <w:rFonts w:ascii="Arial" w:hAnsi="Arial"/>
          <w:sz w:val="23"/>
        </w:rPr>
        <w:t>5.  Vosotros __________ descansado en casa.</w:t>
      </w:r>
    </w:p>
    <w:p>
      <w:pPr>
        <w:spacing w:after="140"/>
      </w:pPr>
      <w:r>
        <w:rPr>
          <w:rFonts w:ascii="Arial" w:hAnsi="Arial"/>
          <w:sz w:val="23"/>
        </w:rPr>
        <w:t>6.  Pedro y Laura __________ viajado a Italia.</w:t>
      </w:r>
    </w:p>
    <w:p>
      <w:pPr>
        <w:spacing w:after="140"/>
      </w:pPr>
      <w:r>
        <w:rPr>
          <w:rFonts w:ascii="Arial" w:hAnsi="Arial"/>
          <w:sz w:val="23"/>
        </w:rPr>
        <w:t>7.  Yo __________ bebido café.</w:t>
      </w:r>
    </w:p>
    <w:p>
      <w:pPr>
        <w:spacing w:after="140"/>
      </w:pPr>
      <w:r>
        <w:rPr>
          <w:rFonts w:ascii="Arial" w:hAnsi="Arial"/>
          <w:sz w:val="23"/>
        </w:rPr>
        <w:t>8.  ¿Tú __________ estudiado español?</w:t>
      </w:r>
    </w:p>
    <w:p>
      <w:pPr>
        <w:spacing w:after="140"/>
      </w:pPr>
      <w:r>
        <w:rPr>
          <w:rFonts w:ascii="Arial" w:hAnsi="Arial"/>
          <w:sz w:val="23"/>
        </w:rPr>
        <w:t>9.  Mi amigo __________ estado en Helsinki.</w:t>
      </w:r>
    </w:p>
    <w:p>
      <w:pPr>
        <w:spacing w:after="140"/>
      </w:pPr>
      <w:r>
        <w:rPr>
          <w:rFonts w:ascii="Arial" w:hAnsi="Arial"/>
          <w:sz w:val="23"/>
        </w:rPr>
        <w:t>10.  Nosotros __________ hecho deporte.</w:t>
      </w:r>
    </w:p>
    <w:p>
      <w:pPr>
        <w:spacing w:after="140"/>
      </w:pPr>
      <w:r>
        <w:rPr>
          <w:rFonts w:ascii="Arial" w:hAnsi="Arial"/>
          <w:sz w:val="23"/>
        </w:rPr>
        <w:t>11.  ¿Vosotros __________ visto esta película?</w:t>
      </w:r>
    </w:p>
    <w:p>
      <w:pPr>
        <w:spacing w:after="140"/>
      </w:pPr>
      <w:r>
        <w:rPr>
          <w:rFonts w:ascii="Arial" w:hAnsi="Arial"/>
          <w:sz w:val="23"/>
        </w:rPr>
        <w:t>12.  Mis padres __________ ido de vacaciones.</w:t>
      </w:r>
    </w:p>
    <w:p>
      <w:r>
        <w:br w:type="page"/>
      </w:r>
    </w:p>
    <w:p>
      <w:r>
        <w:rPr>
          <w:b/>
          <w:sz w:val="28"/>
        </w:rPr>
        <w:t>EJERCICIO 3 – Pretérito perfecto compuesto</w:t>
      </w:r>
    </w:p>
    <w:p>
      <w:r>
        <w:rPr>
          <w:b/>
        </w:rPr>
        <w:t>Pon el verbo entre paréntesis en pretérito perfecto compuesto.</w:t>
        <w:br/>
      </w:r>
      <w:r>
        <w:rPr>
          <w:i/>
        </w:rPr>
        <w:t>Taivuta suluissa oleva verbi pretérito perfecto compuesto -muotoon.</w:t>
      </w:r>
    </w:p>
    <w:p>
      <w:pPr>
        <w:spacing w:after="140"/>
      </w:pPr>
      <w:r>
        <w:rPr>
          <w:rFonts w:ascii="Arial" w:hAnsi="Arial"/>
          <w:sz w:val="22"/>
        </w:rPr>
        <w:t>1.  Estas vacaciones yo ______________________________ a España.  (viajar)</w:t>
      </w:r>
    </w:p>
    <w:p>
      <w:pPr>
        <w:spacing w:after="140"/>
      </w:pPr>
      <w:r>
        <w:rPr>
          <w:rFonts w:ascii="Arial" w:hAnsi="Arial"/>
          <w:sz w:val="22"/>
        </w:rPr>
        <w:t>2.  Este verano nosotros ______________________________ mucho.  (nadar)</w:t>
      </w:r>
    </w:p>
    <w:p>
      <w:pPr>
        <w:spacing w:after="140"/>
      </w:pPr>
      <w:r>
        <w:rPr>
          <w:rFonts w:ascii="Arial" w:hAnsi="Arial"/>
          <w:sz w:val="22"/>
        </w:rPr>
        <w:t>3.  ¿Tú ______________________________ paella alguna vez?  (comer)</w:t>
      </w:r>
    </w:p>
    <w:p>
      <w:pPr>
        <w:spacing w:after="140"/>
      </w:pPr>
      <w:r>
        <w:rPr>
          <w:rFonts w:ascii="Arial" w:hAnsi="Arial"/>
          <w:sz w:val="22"/>
        </w:rPr>
        <w:t>4.  María ______________________________ Helsinki.  (visitar)</w:t>
      </w:r>
    </w:p>
    <w:p>
      <w:pPr>
        <w:spacing w:after="140"/>
      </w:pPr>
      <w:r>
        <w:rPr>
          <w:rFonts w:ascii="Arial" w:hAnsi="Arial"/>
          <w:sz w:val="22"/>
        </w:rPr>
        <w:t>5.  Mis padres ______________________________ en Finlandia todo el verano.  (estar)</w:t>
      </w:r>
    </w:p>
    <w:p>
      <w:pPr>
        <w:spacing w:after="140"/>
      </w:pPr>
      <w:r>
        <w:rPr>
          <w:rFonts w:ascii="Arial" w:hAnsi="Arial"/>
          <w:sz w:val="22"/>
        </w:rPr>
        <w:t>6.  Yo no ______________________________ mucho estas vacaciones.  (trabajar)</w:t>
      </w:r>
    </w:p>
    <w:p>
      <w:pPr>
        <w:spacing w:after="140"/>
      </w:pPr>
      <w:r>
        <w:rPr>
          <w:rFonts w:ascii="Arial" w:hAnsi="Arial"/>
          <w:sz w:val="22"/>
        </w:rPr>
        <w:t>7.  ¿Vosotros ______________________________ a Helsinki este verano?  (ir)</w:t>
      </w:r>
    </w:p>
    <w:p>
      <w:pPr>
        <w:spacing w:after="140"/>
      </w:pPr>
      <w:r>
        <w:rPr>
          <w:rFonts w:ascii="Arial" w:hAnsi="Arial"/>
          <w:sz w:val="22"/>
        </w:rPr>
        <w:t>8.  Pedro ______________________________ muchas fotos.  (hacer)</w:t>
      </w:r>
    </w:p>
    <w:p>
      <w:pPr>
        <w:spacing w:after="140"/>
      </w:pPr>
      <w:r>
        <w:rPr>
          <w:rFonts w:ascii="Arial" w:hAnsi="Arial"/>
          <w:sz w:val="22"/>
        </w:rPr>
        <w:t>9.  Nosotros ______________________________ una película española.  (ver)</w:t>
      </w:r>
    </w:p>
    <w:p>
      <w:pPr>
        <w:spacing w:after="140"/>
      </w:pPr>
      <w:r>
        <w:rPr>
          <w:rFonts w:ascii="Arial" w:hAnsi="Arial"/>
          <w:sz w:val="22"/>
        </w:rPr>
        <w:t>10.  ¿Tú ______________________________ mucho estas vacaciones?  (descansar)</w:t>
      </w:r>
    </w:p>
    <w:p>
      <w:pPr>
        <w:spacing w:after="140"/>
      </w:pPr>
      <w:r>
        <w:rPr>
          <w:rFonts w:ascii="Arial" w:hAnsi="Arial"/>
          <w:sz w:val="22"/>
        </w:rPr>
        <w:t>11.  Ana y Laura ______________________________ muchos lugares nuevos.  (visitar)</w:t>
      </w:r>
    </w:p>
    <w:p>
      <w:pPr>
        <w:spacing w:after="140"/>
      </w:pPr>
      <w:r>
        <w:rPr>
          <w:rFonts w:ascii="Arial" w:hAnsi="Arial"/>
          <w:sz w:val="22"/>
        </w:rPr>
        <w:t>12.  Este año yo ______________________________ mucho español.  (aprender)</w:t>
      </w:r>
    </w:p>
    <w:sectPr w:rsidR="00FC693F" w:rsidRPr="0006063C" w:rsidSect="00034616">
      <w:footerReference w:type="default" r:id="rId9"/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8"/>
      </w:rP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